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24Cb/7/2008 z 9. 10. 2012</w:t>
      </w:r>
    </w:p>
    <w:p>
      <w:r>
        <w:t>Uznesenie Krajského súdu Bratislava z 9. októbra 2012, sp. zn. 24Cb/7/2008, ECLI:SK:KSBA:2012:1008898724.9</w:t>
      </w:r>
    </w:p>
    <w:p>
      <w:r>
        <w:t>Súd: Krajský súd Bratislava</w:t>
      </w:r>
    </w:p>
    <w:p>
      <w:r>
        <w:t>Spisová značka: 24Cb/7/2008</w:t>
      </w:r>
    </w:p>
    <w:p>
      <w:r>
        <w:t>ECLI: ECLI:SK:KSBA:2012:1008898724.9</w:t>
      </w:r>
    </w:p>
    <w:p>
      <w:r>
        <w:t>Dátum vydania: 9. 10. 2012</w:t>
      </w:r>
    </w:p>
    <w:p>
      <w:r>
        <w:t>Forma: Uznesenie</w:t>
      </w:r>
    </w:p>
    <w:p>
      <w:r>
        <w:t>Oblasť práva: Obchodné právo</w:t>
      </w:r>
    </w:p>
    <w:p>
      <w:pPr>
        <w:pStyle w:val="Heading2"/>
      </w:pPr>
      <w:r>
        <w:t>Text rozhodnutia</w:t>
      </w:r>
    </w:p>
    <w:p>
      <w:r>
        <w:t>Súd: Krajský súd Bratislava Spisová značka: 24Cb/7/2008 Identifikačné číslo súdneho spisu: 1008898724 Dátum vydania rozhodnutia: 10. 10. 2012 Meno a priezvisko sudcu, VSÚ: JUDr. Peter Pospech ECLI: ECLI:SK:KSBA:2012:1008898724.9 Uznesenie Krajský súd v Bratislave pred samosudcom JUDr. Petrom Pospechom, v právnej veci žalobcov : 1/ K. K., nar. XX.XX.XXXX, E.Y. XX, E., 2/ H. C., nar. XX.X.XXXX, B. XX, E., 3/ RNDr. Z. K., nar. XX.X.XXXX, C. XX, E., všetci zastúpení JUDr. Ľubicou Krupkovou, advokátkou, Mierova 40, Bratislava, proti žalovanému : K. C., nar. XX.X.XXXX, G. XX, E., o zaplatenie 14.333,- Eur (430.000,- Sk), o zaplatení súdneho poplatku za dovolanie, takto r o z h o d o l : Súd konanie o dovolaní zastavuje. o d ô v o d n e n i e : Písomným podaním zo dňa 10.5.2012 podal odporca dovolanie proti uzneseniu Najvyššieho súdu SR zo dňa 31.1.2012, ktorým Najvyšší súd SR potvrdil uznesenie Krajského súdu v Bratislave, č.k. 24Cb/7/2008 zo dňa 15.12.2012, ktorým krajský súd zamietol návrh na obnovu konania a navrhovateľovi obnovy konania uložil povinnosť zaplatiť 1.582,32 Eur na náhradu trov konania. Predmetné dovolanie bolo konajúcemu Krajskému súdu v Bratislave vrátené ako predčasne postúpené s usmernením, že podaním dovolania zo dňa 10.5.2012 žalovanému K. C. vznikla poplatková povinnosť za podané dovolanie. K. C., v konaní o obnove pod sp. zn. 24Cb/7/2008, nebolo priznané oslobodenie od platenia súdneho poplatku v zmysle ust. § 138 OSP. Krajskému súdu v Bratislave bolo Najvyšším súdom SR uložené vyzvať žalovaného na zaplatenie súdneho poplatku za podané dovolanie a vyzvať ho tiež na doplnenie náležitostí dovolania podľa ust. § 241 ods. 1a OSP. V zmysle usmernenia konajúci Krajský súd v Bratislave vyzval žalovaného výzvou pod sp. zn. 24Cb/7/2008 zo dňa 17.7.2012 na zaplatenie súdneho poplatku za dovolanie, ktorý je 199,- Eur. Súčasne bol žalovaný upozornený, že ak nebude poplatok v lehote 10 dní zaplatený, súd konanie zastaví v súlade s ust. § 10 zákona č. 71/1992 Zb. v znení zákona č. 531/2003 Z.z. Pred zaplatením celého poplatku v správnej výške nemôže súd vo veci konať. Žalovaný výzvu prevzal dňa 10.8.2012, avšak podľa úradného záznamu zo dňa 8.10.2012 konajúci súd zistil, že do dňa 8.10.2012 súdny poplatok za dovolanie zaplatený nebol, preto súd konanie zastavil pre nezaplatenie súdneho poplatku za dovolanie Poučenie: Proti tomuto uzneseniu je možné podať odvolanie do 15 dní odo dňa jeho doručenia na Krajskom súde v Bratislave, písomne, dvojmo.</w:t>
      </w:r>
    </w:p>
    <w:p/>
    <w:p>
      <w:r>
        <w:t>Zdroj: KAUZIS.SK – https://www.kauzis.sk/judikatura/r/ECLI:SK:KSBA:2012:1008898724.9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