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2S/36/2009 z 22. 10. 2012</w:t>
      </w:r>
    </w:p>
    <w:p>
      <w:r>
        <w:t>Uznesenie Krajského súdu Bratislava z 22. októbra 2012, sp. zn. 2S/36/2009, ECLI:SK:KSBA:2012:1009200267.3</w:t>
      </w:r>
    </w:p>
    <w:p>
      <w:r>
        <w:t>Súd: Krajský súd Bratislava</w:t>
      </w:r>
    </w:p>
    <w:p>
      <w:r>
        <w:t>Spisová značka: 2S/36/2009</w:t>
      </w:r>
    </w:p>
    <w:p>
      <w:r>
        <w:t>ECLI: ECLI:SK:KSBA:2012:1009200267.3</w:t>
      </w:r>
    </w:p>
    <w:p>
      <w:r>
        <w:t>Dátum vydania: 22.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2S/36/2009 Identifikačné číslo súdneho spisu: 1009200267 Dátum vydania rozhodnutia: 23. 10. 2012 Meno a priezvisko sudcu, VSÚ: Mgr. Viliam Pohančeník ECLI: ECLI:SK:KSBA:2012:1009200267.3 Uznesenie Krajský súd v Bratislave v právnej veci žalobcu: P. B., bytom G. XX, X., právne zastúpený: JUDr. Miloslav Šimkovič, advokát so sídlom Galandova 3, Bratislava proti žalovanému: Katastrálny úrad v Bratislave, so sídlom Chlumeckého 2, Bratislava, o preskúmanie zákonnosti rozhodnutia žalovaného č. Xo 26/08-2- BP zo dňa 9.12.2008, takto r o z h o d o l : Krajský súd v Bratislave v r a c i a súdny poplatok žalobcovi prostredníctvom Daňového úradu Trnava vo výške 59,37 €. Poplatok bude vrátený po nadobudnutí právoplatnosti uznesenia. o d ô v o d n e n i e : Dňa 26.2.2009 bola doručená Krajskému súdu v Bratislave žaloba, ktorou sa žalobca domáhal preskúmania zákonnosti rozhodnutia žalovaného č. Xo 26/08-2-BP zo dňa 9.12.2008, ktorým bolo zamietnuté odvolanie žalobcu a bolo potvrdené rozhodnutie Katastrálneho úradu v Bratislave, Správy katastra Senec, č. X-106/2007 zo dňa 17.9.2008 o oprave chyby v katastrálnom operáte. Podaním doručeným súdu dňa 29.9.2012 zobral žalobcu svoju žalobu v celom rozsahu späť. Uznesením č.k. 2S/36/2009 - 91 zo dňa 1.12.2011 bolo konanie zastavené s tým, že žiaden z účastníkov nemá právo na náhradu trov konania. Zo súdneho spisu súd zistil, že spolu so žalobou žalobca zaplatil súdny poplatok vo výške 66,- €. Vzhľadom k tomu, že konanie bolo zastavené pred prvým pojednávaním a v uznesení č.k. 2S/36/2009 - 91 zo dňa 1.12.2011 súd nevrátil zaplatený súdny poplatok , Krajský súd v Bratislave vydal nové uznesenie, v ktorom rozhodol o vrátení súdneho poplatku podľa § 11 ods. 3 zákona č. 71/1992 Zb. o súdnych poplatkoch v sume 59,37 € ( krátený o 6, 63 € v súlade s § 11 ods. 4 zákona č. 71/1992 Zb.). Poplatok bude vrátený prostredníctvom príslušného daňového úradu po nadobudnutí právoplatnosti uznesenia.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https://www.kauzis.sk/judikatura/r/ECLI:SK:KSBA:2012:1009200267.3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