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5Scud/5/2009 z 31. 1. 2012</w:t>
      </w:r>
    </w:p>
    <w:p>
      <w:r>
        <w:t>Rozsudok Krajského súdu Bratislava z 31. januára 2012, sp. zn. 5Scud/5/2009, ECLI:SK:KSBA:2012:1009200324.4</w:t>
      </w:r>
    </w:p>
    <w:p>
      <w:r>
        <w:t>Súd: Krajský súd Bratislava</w:t>
      </w:r>
    </w:p>
    <w:p>
      <w:r>
        <w:t>Spisová značka: 5Scud/5/2009</w:t>
      </w:r>
    </w:p>
    <w:p>
      <w:r>
        <w:t>ECLI: ECLI:SK:KSBA:2012:1009200324.4</w:t>
      </w:r>
    </w:p>
    <w:p>
      <w:r>
        <w:t>Dátum vydania: 31. 1. 2012</w:t>
      </w:r>
    </w:p>
    <w:p>
      <w:r>
        <w:t>Forma: Rozsudok</w:t>
      </w:r>
    </w:p>
    <w:p>
      <w:r>
        <w:t>Oblasť práva: Správne právo</w:t>
      </w:r>
    </w:p>
    <w:p>
      <w:pPr>
        <w:pStyle w:val="Heading2"/>
      </w:pPr>
      <w:r>
        <w:t>Text rozhodnutia</w:t>
      </w:r>
    </w:p>
    <w:p>
      <w:r>
        <w:t>Súd: Krajský súd Bratislava Spisová značka: 5Scud/5/2009 Identifikačné číslo súdneho spisu: 1009200324 Dátum vydania rozhodnutia: 01. 02. 2012 Meno a priezvisko sudcu, VSÚ: JUDr. Renáta Janáková ECLI: ECLI:SK:KSBA:2012:1009200324.4 ROZSUDOK V MENE SLOVENSKEJ REPUBLIKY Krajský súd v Bratislave, samosudkyňou JUDr. Renátou Janákovou, v právnej veci navrhovateľky: M. H. G. V. m n , bytom K. Q. H., XXX XX F., U. XX proti odporkyni: Sociálna poisťovňa, ústredie, so sídlom Ul. 29. augusta č. 8, 813 63 Bratislava, X. invalidn M., takto r o z h o d o l : Rozhodnutie odporkyne č. XXXXXXX XXX X zo dňa X.XX.XXXX p o t v r d z u j e. Účastníkom náhradu trov konania n e p r i z n á v a. o d ô v o d n e n i e : Odporkyňa napadnutým rozhodnutím č. XXXXXXX XXX X zo dňa X.XX.XXXX podľa § 70 zákona č. 461/2003 Z.z. o sociálnom poistení v znení zák. č. 439/2004 Z.z. a podľa nariadenia Rady (EHS) č. 1408/71 zamietol navrhovateľke jej žiadosť o invalidný dôchodok. Rozhodla tak s odôvodnením, že podľa posudku posudkového lekára sociálneho poistenia navrhovateľka nie je invalidná, lebo pre dlhodobo nepriaznivý zdravotný stav nemá pokles schopnosti vykonávať zárobkovú činnosť o viac ako XX %. v porovnaní so zdravou fyzickou osobou, mieru poklesu schopnosti vykonávať zárobkovú činnosť má XX %.. Proti tomuto rozhodnutiu podala navrhovateľka včas opravný prostriedok a žiadala o znovuposúdenie jej zdravotného stavu, pretože jej zdravotný stav nie je dobrý, bola operovaná, má stále komplikácie a ortopedické ťažkosti. Krajský súd preskúmal napadnuté rozhodnutie podľa § 250l a nasl. O.s.p., návrh navrhovateľa prejednal a dospel k záveru, že návrh nie je dôvodný. Krajský súd vykonal dokazovanie výsluchom zástupcu odporkyne, oboznámením sa s písomnými vyjadreniami navrhovateľky, napadnutým rozhodnutím č. XXXXXXX XXX X zo dňa X.XX.XXXX, posudkom posudkového lekára Sociálnej poisťovne pobočka Bratislava zo dňa XX.X.XXXX, posudkom posudkového lekára Sociálnej poisťovne - ústredie zo dňa XX.X.XXXX, zo dňa XX.XX.XXXX, zo dňa XX.X.XXXX, posudkovým spisom odporkyne a zistil tento skutkový stav. Za účelom posúdenia invalidity navrhovateľky na základe jej žiadosti o invalidný dôchodok vypracoval prvostupňový posudkový lekár sociálneho poistenia Z.. A. E. lekársku správu - posudok dňa XX.X.XXXX, v ktorom uviedol, že u navrhovateľky je v popredí nezávažný nález na chrbtici, ktorý je sprevádzaný subjektívne výrazne algickým stavom. Na RTG vyšetrení a vyšetrení CT i MRI boli zistené ľahké osteochondrotické zmeny hlavne v cervikálnom segmente a v úseku L3 - S1. Klinicky však nie sú prítomné žiadne známky nervového a svalového dráždenia. Obmedzenie pohyblivosti v ramenách - v tom smere bola posúdená navrhovateľka už v decembri 2006 s negatívnym výsledkom. Pri posudkovom hodnotení zobral do úvahy aj psychiatrický nález, pre ktorý percentuálnu mieru poklesu schopnosti vykonávať zárobkovú činnosť nenavýšil, nakoľko je plne zhodnotené v základnom hodnotení. Rozhodujúcim zdravotným postihnutím u navrhovateľky degeneratívne zmeny na chrbtici a medzistavcových platničkách s miernym funkčným postihnutím (Kapitola XV, oddiel E, položka 3. písmeno b) prílohy číslo 4 zákona č. 461/2003 Z.z. o sociálnom poistení), mieru poklesu schopnosti vykonávať zárobkovú činnosť stanovil na XX %., Navrhovateľka nie je invalidná podľa § 71 ods. 1 zákona č. 461/2003 Z.z. o sociálnom poistení, lebo pre dlhodobo nepriaznivý zdravotný stav nemá pokles schopnosti vykonávať zárobkovú činnosť o viac ako XX %. v porovnaní so zdravou fyzickou osobou. Za účelom posúdenia invalidity navrhovateľa na základe konania o jej opravnom prostriedku proti rozhodnutiu odporkyne vypracoval druhostupňový posudkový lekár sociálneho poistenia MUDr. Daniela Kolláriková lekársku správu - posudok dňa XX.X.XXXX, v ktorej uviedol, že u navrhovateľky v klinickom obraze jasne dominujú subjektívne ťažkosti telesného charakteru, pričom väčšina z týchto obtiaží je psychicky podmienených. Ortopedické a neurologické vyšetrenia, tak isto reumatologické vyšetrenia nepotvrdili závažné postihnutie kĺbového aparátu, event. axiálneho skeletu. V oblasti driekovo krížového segmentu chrbtice a krčného segmentu chrbtice pomocnými laboratórnymi vyšetreniami boli potvrdené degeneratívne zmeny s miernym až stredným funkčným postihnutím, pričom koreňové dráždenie v týchto segmentoch nie je prítomné, nie je zdokladovaný útlak miechových štruktúr poruchy funkcie zvieračov úbytok svalovej hmoty svalovej hmoty na všetkých končatinách atď., čiže z posudkového hľadiska sa nerozvinuli komplikácie a nepriaznivý zostatkový funkčný neurologický nález, ktorý by spĺňal posudkové kritériá na uznanie invalidity. Navrhovateľka je v observácii pre somatoformnú poruchu bolestivosti pričom samotný odborní lekári v Nemecku kde sa podrobila vyšetreniam udávajú, že je nutné vnímať celotelovú lekalizáciu uvádzaných bolestí v prvom rade psychicky. Menovaná má opakované ťažkosti obidvoch ramenných kĺbov, pričom v roku 2003 sa podrobila artroskopii pravého ramenného kĺbu pri uvádzanom syndróme impingenentu so zápalom púzdra pri poškodení šliach v minulosti. Daný výkon nezredukoval subjektívne ťažkosti u menovanej. Pridružené sekundárne ochorenia v zmysle bolesti hlavy závratov chronického tráviaceho syndrómu operačné odstránenie maternice s hormonálnou liečbou sú posudkovo nezávažné. Navrhovateľka podľa posudkovej spisovej dokumentácie nebola hospitalizovaná na psychiatrickej klinike pre dekompenzáciu psychického stavu v minulosti. Zdravotný stav navrhovateľky nespĺňa posudkové kritériá pre uznanie invalidity aj napriek mnohopočetným subjektívnym ťažkostiam, ktoré neustále uvádza pri návšteve odborných lekárov, sú chronického charakteru, budú pretrvávať aj naďalej to však neznamená že musia byť dôvodom invalidizácie. Rozhodujúcim zdravotným postihnutím u navrhovateľky sú choroby podporného a pohybového aparátu, - dorzopatia, deformujúcu dorzopatia, spondolopatia, - degeneratívne zmeny na chrbtici a medzistavcových platničkách s miernym funkčným postihnutím, M 54 (Kapitola XV, odd. E, položka 3.b. prílohy číslo 4 zákona č. 461/2003 Z.z. o sociálnom poistení), mieru poklesu schopnosti vykonávať zárobkovú činnosť stanovil na 30 %, navýšenie percentuálnej miery pre iné zdravotné postihnutie nie je opodstatnené. Navrhovateľka nie je invalidná podľa § 71 ods. 1 zákona č. 461/2003 Z.z. o sociálnom poistení, lebo pre dlhodobo nepriaznivý zdravotný stav nemá pokles schopnosti vykonávať zárobkovú činnosť o viac ako XX %. v porovnaní so zdravou fyzickou osobou. Za účelom posúdenia invalidity navrhovateľky na základe konania o jej opravnom prostriedku proti rozhodnutiu odporkyne vypracoval druhostupňový posudkový lekár sociálneho poistenia Z.. M. E. doplňujúcu lekársku správu - posudok dňa XX.XX.XXXX, v ktorej uviedol, že u navrhovateľky z posudkového hľadiska odborné vyšetrenie - výsledky laboratórneho vyšetrenia krvného obrazu a biochemických parametrov z krvi zo dňa X.XX.XXXX, nezdokladovalo zhoršenie zdravotného stavu navrhovateľky, je z posudkového hľadiska bezvýznamné, nie je dôvodom na zmenu výroku alebo MPSVZČ, nepodmieňuje žiadne kritériá na uznanie invalidity, okrem zvýšených hladím choleterolu a trigliceridov v krvi sú ostatné parametre v norme, v dôsledku čoho zotrváva na výroku posudku a MPSVZČ v % - XX %. tak ako je uvedené v LS II. časť Posudok z SPÚ BA zo dňa XX.X.XXXX. Druhostupňový posudkový lekár sociálneho poistenia Z.. M. E. vypracovala doplňujúcu lekársku správu - posudok dňa XX.X.XXXX v ktorej uviedla, že odborné vyšetrenia ORL - vyšetrenie zo dňa XX.X.XXXX, NMR vyšetrenie hlavy zo dňa XX.XX.XXXX, Univerzitná klinika - chronické bolesti hlavy vyšetrenie zo dňa XX.XX.XXXX, Laboratórne výsledky zo dňa XX.X.XXXX, zo dňa XX.X.XXXX, neurologické a psychiatrické vyšetrenie zo dňa X.XX.XXXX, NMR vyšetrenie krčnej chrbtice zo dňa XX.X.XXXX, interné vyšetrenie zo dňa XX.X.XXXX, ortopedické a interné vyšetrenie zo dňa XX.XX.XXXX nezdokladovali zhoršenie zdravotného stavu, zotrváva na výroku posudku a MPSVZČ - XX %., pretože zobrazovacie metodiky zamerané na vyšetrenie krčného a driekového segmetnu chrbtice ramenných a bedrových kĺbov nepotvrdili žiadne ťažké degeneratívne zmeny ani útlak miechových štrukúr, v oblasti bedrových kĺbov viac vpravo a ramenného kĺbu bez udania lokality sú možné počínajúce prejavy artrózy. Navrhovateľka bola hospitalizovaná pre embóliu do pľúcneho artéria od XX.XX.-X.XX.XXXX, pôvod bol v hlbokej trombóze žíl ľavej nohy po adekvátnej liečbe sa stav kompletne upravil. Subjektívne ťažkosti navrhovateľky bolesti hlavy mali asi pôvod v krčnej chrbtici, zvýšené teploty ktoré mala, ich pôvod nebol jednoznačne dokázaný mnohopočetnými vyšetreniami, boli bez smerodajného nálezu. Reumatologické vyšetrenie nepotvrdilo rozvoj závažného reumatologického ochorenia ale prejavy známeho syndrómu bolesti svalov a šliach ktorý je v liečbe. Počas hospitalizácie v XX/XXXX na pľúcnom oddelení boli vykonané všetky dostupné laboratórne a paraklinické vyšetrenia, ktoré potvrdili, že navrhovateľka je tlakovo stabilizovaná, kardiálne kompenzovaná neurologický zostatkový nález na končatinách a chrbtici je mierneho stupňa. Horeuvedené ochorenia navrhovateľky uznanie invalidity nepodmieňujú. Navrhovateľka sa na vytýčené pojednávanie súdu dňa X.X.XXXX nedostavila, svoju neúčasť na ňom ospravedlnila, súhlasila s prejednaním veci v jej neprítmnosti, a preto súd podľa § 250g ods. 2 Občianskeho súdneho poriadku (ďalej len O.s.p.) vec prejednal v jej neprítomnosti. Navrhovateľka vo svojich písomných podaniach nesúhlasila ani s jedným posúdením jej zdravotného stavu posudkovým lekárom odporkyne z dôvodu, že svoj zdravotný stav považovala za neustále sa zhoršujúci, pri chodzi používa pomôcku a používa tiež aj kyslíkový prístroj, rýchlo sa unaví a nie je schopná sa postarať ani o o domácnosť. Zástupkyňa odporkyne na pojednávaní uviedla, že vzhľadom na zhodné posudkové závery posudkových lekárov, ako aj na skutočnosť, že zvýšený cholesterol už vyhodnotil posudkový lekár v lekárskom posudku z XX.XX.XXXX, navrhol napadnuté rozhodnutie odporkyne ako vecne správne potvrdiť. Krajský súd preskúmal napadnuté rozhodnutie odporkyne, i konanie, ktoré mu predchádzalo (§ 250l a nasl. O.s.p.) a dospel k záveru, že opravnému prostriedku navrhovateľa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Navrhovateľka v priebehu konania súdu nepredložila odborný lekársky nález, ktorý by diagnosticky hodnotil jej zdravotný stav rozdielne od hodnotenia stavu prvostupňovým a druhostupňovým posudkovým lekárom v označenej lekárskej správe zo dňa XX.X.XXXX, zo dňa XX.X.XXXX a zo dňa XX.X.XXXX a ani predloženým výsledkom laboratórneho vyšetrenia krvi z XX.XX.XXXX, T. 10.X.XXXX, z ktorého je zrejmý zvýšený cholesterol, tak ako uvádza navrhovateľka, nespochybnila posudkový záver, z ktorého súd pri rozhodovaní vychádzal, nakoľko s touto zvýšenou hladinou cholesterolu sa vysporiadal posudkový lekár v lekárskom posudku zo dňa XX.XX.XXXX tak, že toto vyšetrenie je z posudkového hľadiska bezvýznamné a nie je dôvodom na zmenu výroku alebo MPSVZČ, nepodmieňuje žiadne kritériá na uznanie invalidity. Posudkový lekár sociálneho poistenia Sociálnej poisťovne pobočka Bratislava ako aj posudkový lekár sociálneho poistenia Sociálnej poisťovne ústredie vo svojich vyššie uvedených posudkoch zohľadnili všetky navrhovateľkou uvádzané ťažkosti, vysporiadali sa s lekárskymi nálezmi predloženými navrhovateľkou a nachádzajúcimi sa v zdravotnej dokumentácii navrhovateľky a dospeli k zhodnému názoru, že zdravotný stav navrhovateľky nespĺňa zdravotné podmienky na priznanie invalidity podľa § 71 ods. 1 zákona č. 461/2003 Z.z. o sociálnom poistení, keďže jej stanovili MPSVZČ v percentách na XX %. v porovnaní so zdravou fyzickou osobou. Zistenia posudkových lekárov neboli spochybnené ani v súdnom konaní. Závery posudkov posudkových lekárov sú odborné, presvedčivé, náležite zdôvodnené a súd nezistil rozpor medzi ich závermi a zisteným skutočným stavom. Krajský súd dospel k záveru, že uznaná miera poklesu schopnosti navrhovateľky vykonávať zárobkovú činnosť je určená mierou zodpovedajúcou zákonu, preto z uvedených dôvodov napadnuté rozhodnutie odporkyne ako vecne správne potvrdil v súlade s ust. § 250q ods. 2 O.s.p. V prípade, že sa zdravotný stav navrhovateľky zmení, navrhovateľka môže novou žiadosťou požiadať o priznanie invalidného dôchodku. Krajský súd preto z vyššie uvedených dôvodov napadnuté rozhodnutie číslo č. XXXXXXX XXX X zo dňa X.XX.XXXX podľa § 250q ods. 2 O.s.p. ako správne potvrdil. O trovách konania súd rozhodol podľa § 250k ods. 1 v spojení s § 250l ods. 2. Navrhovateľka nebola v konaní úspešná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https://www.kauzis.sk/judikatura/r/ECLI:SK:KSBA:2012:1009200324.4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