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2S/77/2009 z 24. 1. 2012</w:t>
      </w:r>
    </w:p>
    <w:p>
      <w:r>
        <w:t>Opravné uznesenie Krajského súdu Bratislava z 24. januára 2012, sp. zn. 2S/77/2009, ECLI:SK:KSBA:2012:1009200627.3</w:t>
      </w:r>
    </w:p>
    <w:p>
      <w:r>
        <w:t>Súd: Krajský súd Bratislava</w:t>
      </w:r>
    </w:p>
    <w:p>
      <w:r>
        <w:t>Spisová značka: 2S/77/2009</w:t>
      </w:r>
    </w:p>
    <w:p>
      <w:r>
        <w:t>ECLI: ECLI:SK:KSBA:2012:1009200627.3</w:t>
      </w:r>
    </w:p>
    <w:p>
      <w:r>
        <w:t>Dátum vydania: 24. 1. 2012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2S/77/2009 Identifikačné číslo súdneho spisu: 1009200627 Dátum vydania rozhodnutia: 25. 01. 2012 Meno a priezvisko sudcu, VSÚ: Mgr. Viliam Pohančeník ECLI: ECLI:SK:KSBA:2012:1009200627.3 Opravné uznesenie Krajský súd v Bratislave v právnej veci žalobcu: JUDr. F. A., R. Q.. V. X, B., zastúpený: JUDr. Michal Piják, advokát, Ulica sv. Vincenta 2, Bratislava, proti žalovanému: Ministerstvo kultúry Slovenskej republiky, Námestie SNP 33, Bratislava, o preskúmanie zákonnosti rozhodnutia žalovaného č.: MK-2757/2009-10/4074 zo dňa 25.03.2009, takto r o z h o d o l : Súd o p r a v u j e výrok rozsudku Krajského súdu v Bratislave č.k. 2S 77/09-48 zo dňa 07.12.2011 v časti týkajúcej sa veci samej tak, že správne má znieť: Krajský súd v Bratislave napadnuté rozhodnutie ministra kultúry SR č.: MK-2757/2009-10/4074 zo dňa 25.03.2009 z r u š u j e podľa § 250j ods. 2 písm. d/ O.s.p. a vec vracia žalovanému na ďalšie konanie. o d ô v o d n e n i e : Rozsudkom zo dňa 07.12.2011 č.k. 2S 77/09-48 Krajský súd v Bratislave vyhovel žalobe a zrušil napadnuté rozhodnutie žalovaného, vec vrátil žalovanému na ďalšie konanie a žalovaného zaviazal na náhradu trov konania žalobcovi. Podľa § 164 O.s.p.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zistil, že pri vypracovaní zápisnice z pojednávania a následne písomného vyhotovenia rozsudku došlo k zrejmej nesprávnosti, keď vo výroku týkajúcom sa rozhodnutia súdu vo veci samej bolo omylom uvedené ustanovenie § 250j ods. 3 O.s.p., namiesto správneho ustanovenia § 250j ods. 2 písm. d/ O.s.p. Nakoľko došlo k vyššie opísanej zrejmej nesprávnosti, postupoval súd podľa § 164 O.s.p. a opravil uvedený nedostatok písomného vyhotovenia rozsudku, čím uviedol do súladu výrokovú časť s jeho odôvodnením. Ostatné časti rozsudku zostávajú nezmenené. Poučenie: Proti tomuto uzneseniu je prípustné odvolanie do 15 dní odo dňa doručenia uznesenia na tunajšom súde, písomne, dvojmo. Odvolanie musí spĺňať náležitosti podľa § 205 O.s.p.</w:t>
      </w:r>
    </w:p>
    <w:p/>
    <w:p>
      <w:r>
        <w:t>Zdroj: KAUZIS.SK – https://www.kauzis.sk/judikatura/r/ECLI:SK:KSBA:2012:1009200627.3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