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4S/114/2009 z 9. 2. 2012</w:t>
      </w:r>
    </w:p>
    <w:p>
      <w:r>
        <w:t>Uznesenie Krajského súdu Bratislava z 9. februára 2012, sp. zn. 4S/114/2009, ECLI:SK:KSBA:2012:1009200948.1</w:t>
      </w:r>
    </w:p>
    <w:p>
      <w:r>
        <w:t>Súd: Krajský súd Bratislava</w:t>
      </w:r>
    </w:p>
    <w:p>
      <w:r>
        <w:t>Spisová značka: 4S/114/2009</w:t>
      </w:r>
    </w:p>
    <w:p>
      <w:r>
        <w:t>ECLI: ECLI:SK:KSBA:2012:1009200948.1</w:t>
      </w:r>
    </w:p>
    <w:p>
      <w:r>
        <w:t>Dátum vydania: 9. 2. 2012</w:t>
      </w:r>
    </w:p>
    <w:p>
      <w:r>
        <w:t>Forma: Uznesenie</w:t>
      </w:r>
    </w:p>
    <w:p>
      <w:pPr>
        <w:pStyle w:val="Heading2"/>
      </w:pPr>
      <w:r>
        <w:t>Text rozhodnutia</w:t>
      </w:r>
    </w:p>
    <w:p>
      <w:r>
        <w:t>Súd: Krajský súd Bratislava Spisová značka: 4S/114/2009 Identifikačné číslo súdneho spisu: 1009200948 Dátum vydania rozhodnutia: 10. 02. 2012 Meno a priezvisko sudcu, VSÚ: JUDr. Judita Kokolevská ECLI: ECLI:SK:KSBA:2012:1009200948.1 Uznesenie Krajský súd v Bratislave v právnej veci žalobcu: JUDr. D. B., S. XX, XXX XX J., proti žalovanému: Krajský pozemkový úrad, Trenčianska č.55, 821 09 Bratislava, za účasti: R. E., M. C. X, XXX XX J., o preskúmanie zákonnosti rozhodnutia žalovaného č. 441/024/08/2009 zo dňa 31.03.2009, takto r o z h o d o l : Súd konanie z a s t a v u j e . Žiaden z účastníkov nemá právo na náhradu trov konania. o d ô v o d n e n i e : Žalobou podanou na Krajskom súde v Bratislave dňa 25.06.2009 sa žalobca domáhal preskúmania zákonnosti rozhodnutia žalovaného č. 441/024/08/2009 zo dňa 31.03.2009, ktorým bolo zamietnuté odvolanie žalobcu a potvrdené rozhodnutie Okresného úradu Bratislava IV č. 654/97 zn. 1107/03-10/ J06 zo dňa 02.09.2003 o zamietnutí návrhu užívateľov pozemkov - členov Základnej organizácie Slovenského zväzu záhradkárov v Devínskej Novej Vsi, na vysporiadanie vlastníctva k pozemkom v záhradkovej osade Devínske jazero II v kat. úz. K. L. E.. Výzvou zo dňa 10.10.2011 doručenou žalobcovi dňa 20.10.2011 bol žalobca vyzvaný, aby v lehote 10 dní od doručenia výzvy pod následkom zastavenia konania zaplatil súdny poplatok vo výške 66 €. Podľa § 5 ods. 1 písm. a) zákona č. 71/1992 Zb. o súdnych poplatkoch, poplatková povinnosť vzniká podaním návrhu, odvolania a dovolania alebo žiadosti na vykonanie poplatkového úkonu, ak je poplatníkom navrhovateľ, odvolateľ a dovolateľ. Podľa § 8 ods. 1 zákona o súdnych poplatkoch v platnom znení ku dňu podania žaloby, poplatok za podanie návrhu alebo žiadosti, poplatok za uplatnenie námietky zaujatosti v konkurznom konaní alebo reštrukturalizačnom konaní podľa osobitného predpisu a poplatok za konanie, je splatný vznikom poplatkovej povinnosti. Podľa § 10 ods. 1 zákona o súdnych poplatkoch,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V tomto prípade podľa položky č. 10 písm. a) za návrh na preskúmanie zákonnosti rozhodnutia orgánu verejnej správy na základe žaloby, sa platí poplatok vo výške 66,- €. Nakoľko žalobca nezaplatil súdny poplatok riadne a včas, súd v súlade s ustanovením § 250d ods. 3 O.s.p. a § 10 ods. 1 zákona o súdnych poplatkoch konanie zastavil. O náhrade trov konania súd rozhodol podľa § 146 ods. 1 písm. c) O.s.p. s použitím ustanovenia § 246c O.s.p. tak, že žiaden z účastníkov nemá právo na náhradu trov konania, nakoľko konanie vo veci bolo zastavené. Rozhodnutie bolo odhlasované všetkými členmi senátu v pomere 3 : 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https://www.kauzis.sk/judikatura/r/ECLI:SK:KSBA:2012:1009200948.1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