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6Sd/71/2009 z 24. 4. 2012</w:t>
      </w:r>
    </w:p>
    <w:p>
      <w:r>
        <w:t>Uznesenie Krajského súdu Bratislava z 24. apríla 2012, sp. zn. 6Sd/71/2009, ECLI:SK:KSBA:2012:1009201147.1</w:t>
      </w:r>
    </w:p>
    <w:p>
      <w:r>
        <w:t>Súd: Krajský súd Bratislava</w:t>
      </w:r>
    </w:p>
    <w:p>
      <w:r>
        <w:t>Spisová značka: 6Sd/71/2009</w:t>
      </w:r>
    </w:p>
    <w:p>
      <w:r>
        <w:t>ECLI: ECLI:SK:KSBA:2012:1009201147.1</w:t>
      </w:r>
    </w:p>
    <w:p>
      <w:r>
        <w:t>Dátum vydania: 24.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6Sd/71/2009 Identifikačné číslo súdneho spisu: 1009201147 Dátum vydania rozhodnutia: 25. 04. 2012 Meno a priezvisko sudcu, VSÚ: JUDr. Renáta Janáková ECLI: ECLI:SK:KSBA:2012:1009201147.1 Uznesenie Krajský súd v Bratislave v právnej veci navrhovateľa: R.. J. Y. R. M. Ý., bytom XXX XX Y., L. Č.. XXX, právne zastúpený: V.. S. Z., advokátka, XXX XX W., I.I. Č.. XX proti odporkyni: Sociálna poisťovňa - ústredie, Ul. 29. augusta č. 8, Bratislava, o invalidný dôchodok, takto r o z h o d o l : Súd konanie z a s t a v u j e. Žiaden z účastníkov n e m á právo na náhradu trov konania. o d ô v o d n e n i e : Navrhovateľ svojim návrhom zo dňa 22. júla 2009 žiadal preskúmať rozhodnutie odporkyne č. XXX XXX XXXX X zo dňa 5. júna 2009 z dôvodu, že rozhodnutie bolo vydané na základe nesprávneho právneho posúdenia veci, pretože podľa jeho názoru má nárok na zvýšenie starobného dôchodku za obdobie od 18. apríla 2006 do 30. apríla 2009 a spĺňa podmienky nároku na zvýšenie starobného dôchodku podľa ust. § 261 ods. 3 písm. b) zák. č. 461/2003 Z.z.. V písomnom oznámení doručenom súdu dňa 25. apríla 2012 právny zástupca navrhovateľa oznámil súdu, že návrh berie späť a konanie žiada zastaviť, lebo odpadol dôvod vedenia konania. Súd podľa § 250d ods. 3 v spojení s § 250h ods. 2 a §250l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https://www.kauzis.sk/judikatura/r/ECLI:SK:KSBA:2012:1009201147.1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