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4S/204/2009 z 2. 2. 2012</w:t>
      </w:r>
    </w:p>
    <w:p>
      <w:r>
        <w:t>Uznesenie Krajského súdu Bratislava z 2. februára 2012, sp. zn. 4S/204/2009, ECLI:SK:KSBA:2012:1009201571.1</w:t>
      </w:r>
    </w:p>
    <w:p>
      <w:r>
        <w:t>Súd: Krajský súd Bratislava</w:t>
      </w:r>
    </w:p>
    <w:p>
      <w:r>
        <w:t>Spisová značka: 4S/204/2009</w:t>
      </w:r>
    </w:p>
    <w:p>
      <w:r>
        <w:t>ECLI: ECLI:SK:KSBA:2012:1009201571.1</w:t>
      </w:r>
    </w:p>
    <w:p>
      <w:r>
        <w:t>Dátum vydania: 2.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4S/204/2009 Identifikačné číslo súdneho spisu: 1009201571 Dátum vydania rozhodnutia: 03. 02. 2012 Meno a priezvisko sudcu, VSÚ: JUDr. Judita Kokolevská ECLI: ECLI:SK:KSBA:2012:1009201571.1 Uznesenie Krajský súd v Bratislave v právnej veci žalobcu: Q. M., nar. XX.X.XXXX, štátna príslušnosť Čína, právne zastúpený: JUDr. Bohumil Vašička, advokát, Odeská 25, 821 06 Bratislava, proti žalovanému: Ministerstvo vnútra SR, Riaditeľstvo hraničnej a cudzineckej polície, Hrobáková 44, 851 03 Bratislava o preskúmanie zákonnosti rozhodnutia č. UHCP-371-8/RHCP-BA-HCP-R-2009 zo dňa 2.9.2009, takto r o z h o d o l : Krajský súd v Bratislave konanie z a s t a v u j e . Žalobcovi sa vracia súdny poplatok vo výške 59,37 € prostredníctvom Daňového úradu v Bratislave. Žiaden z účastníkov nemá právo na náhradu trov konania. o d ô v o d n e n i e : Žalobou podanou na Krajskom súde v Bratislave dňa 23.10.2009 sa žalobca domáhal preskúmania rozhodnutia Riaditeľstva hraničnej a cudzineckej polície Bratislava úradu hraničnej a cudzineckej polície Ministerstva vnútra SR č. UHCP-371-8/RHCP-BA-HCP-R-2009 zo dňa 2.9.2009, ktorým zamietol odvolanie žalobcu a potvrdil rozhodnutie prvostupňového správneho orgánu Oddelenia cudzineckej polície Policajného zboru Bratislava č. p. UHCP-1585-28/RHCP-BA-OCP-Ž-2009 zo dňa 26.05.2009, ktorým bola žalobcovi zamietnutá žiadosť o udelenie povolania podľa § 26 ods. 2 písm. f), g), h) zákona č. 48/2002 Z.z. o pobyte cudzincov a o zmene a doplnení niektorých zákonov v znení neskorších predpisov s poukazom na ust. § 26 ods. 1 písm. a) zákona č. 48/2002 Z.z.. Pred rozhodnutím vo veci samej žalobca prostredníctvom svojho právneho zástupcu svojím podaním doručeným súdu dňa 26.1.2012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Vzhľadom k tomu, že konanie bolo zastavené pred prvým pojednávaním, súd rozhodol o vrátení súdneho poplatku, kráteného o 6,63 eura podľa § 11 ods. 3 v spojení s § 11 ods. 4 zákona č. 71/1992 Zb. o súdnych poplatkoch v sume 59,37 €. Poplatok bude vrátený právnemu zástupcovi žalobcu prostredníctvom príslušného daňového úradu po nadobudnutí právoplatnosti uznesenia. O náhrade trov konania súd rozhodol podľa § 146 ods. 1 písm. c) O.s.p. s použitím ustanovenia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https://www.kauzis.sk/judikatura/r/ECLI:SK:KSBA:2012:1009201571.1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