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4S/205/2009 z 1. 3. 2012</w:t>
      </w:r>
    </w:p>
    <w:p>
      <w:r>
        <w:t>Uznesenie Krajského súdu Bratislava z 1. marca 2012, sp. zn. 4S/205/2009, ECLI:SK:KSBA:2012:1009201576.3</w:t>
      </w:r>
    </w:p>
    <w:p>
      <w:r>
        <w:t>Súd: Krajský súd Bratislava</w:t>
      </w:r>
    </w:p>
    <w:p>
      <w:r>
        <w:t>Spisová značka: 4S/205/2009</w:t>
      </w:r>
    </w:p>
    <w:p>
      <w:r>
        <w:t>ECLI: ECLI:SK:KSBA:2012:1009201576.3</w:t>
      </w:r>
    </w:p>
    <w:p>
      <w:r>
        <w:t>Dátum vydania: 1.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4S/205/2009 Identifikačné číslo súdneho spisu: 1009201576 Dátum vydania rozhodnutia: 02. 03. 2012 Meno a priezvisko sudcu, VSÚ: JUDr. Soňa Langová ECLI: ECLI:SK:KSBA:2012:1009201576.3 Uznesenie Krajský súd v Bratislave v právnej veci žalobkyne: G. B., nar. XX.X.XXXX, štátna príslušnosť Čína, zastúpenej advokátom: JUDr. Bohumil Vašička, Odeská 25, 821 06 Bratislava, proti žalovanému: Riaditeľstvo hraničnej a cudzineckej polície Bratislava, Úradu hraničnej a cudzineckej polície MV SR, Hrobákova 44, 852 40 Bratislava o preskúmanie zákonnosti rozhodnutia žalovaného č.p. UHCP-358-11/ RHCP-BA-HCP-R-2009 zo dňa 20.8.2009, takto r o z h o d o l : Krajský súd v Bratislave konanie z a s t a v u j e. Žiaden z účastníkov n e m á právo na náhradu trov konania. Žalobkyni bude vrátený súdny poplatok v sume 63,37 € prostredníctvom Daňového úradu Bratislava 2 na účet jej právneho zástupcu, JUDr. L. Y., č.: XXXXXXXXXX/XXXX po právoplatnosti tohto rozhodnutia. o d ô v o d n e n i e : Včas doručenou žalobou príslušnému súdu dňa 23.10.2009 sa žalobkyňa domáhala preskúmania zákonnosti rozhodnutia žalovaného č.p. UHCP-358-11/RHCP-BA-HCP-R-2009 zo dňa 20.8.2009, ktorým zamietol odvolanie žalobkyne a potvrdil prvostupňové rozhodnutie Oddelenia cudzineckej polície PZ Bratislava č.p. UHCP-2008-9/RHCP-BA-OCP-Ž-2009 zo dňa 15.4.2009, ktorým jej bola zamietnutá žiadosť o udelenie povolenia na prechodný pobyt na území Slovenskej republiky na účel podnikania podľa ust. § 26 ods. 2 písm. g) s poukazom na § 26 ods. 1 písm. a) zákona č. 48/2002 Z. z. o pobyte cudzincov a o zmene a doplnení niektorých zákonov v znení neskorších predpisov (ďalej len „ zákon o pobyte cudzincov"). Pred rozhodnutím vo veci samej žalobkyňa prostredníctvom právneho zástupcu podaním doručeným tunajšiemu súdu dňa 22.2.2012 oznámil, že berie svoju žalobu späť.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späť. Na základe uvedeného dôvodu súd konanie zastavil. O trovách konania súd rozhodol podľa ust. § 146 ods. 1 písm. c/ v spojení s ust. § 246c O.s.p. tak, že žiadnemu z účastníkov nepriznal náhradu trov konania, pretože pre iný postup nebol dôvod. V súlade s ust. § 11 ods. 3, 4 a 6 zákona č. 71/1992 o súdnych poplatkoch v znení neskorších predpisov bude žalobcovi vrátený súdny poplatok v sume 63,37 € prostredníctvom príslušného daňového úradu (podľa sídla právneho zástupcu). Rozhodnutie bolo jednomyseľne odhlasované všetkými členmi senátu. Poučenie: Proti tomuto uzneseniu je možné podať odvolanie do 15 dní odo dňa jeho doručenia na Krajskom súde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https://www.kauzis.sk/judikatura/r/ECLI:SK:KSBA:2012:1009201576.3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