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8Sd/67/2009 z 8. 11. 2012</w:t>
      </w:r>
    </w:p>
    <w:p>
      <w:r>
        <w:t>Uznesenie Krajského súdu Bratislava z 8. novembra 2012, sp. zn. 8Sd/67/2009, ECLI:SK:KSBA:2012:1009201629.5</w:t>
      </w:r>
    </w:p>
    <w:p>
      <w:r>
        <w:t>Súd: Krajský súd Bratislava</w:t>
      </w:r>
    </w:p>
    <w:p>
      <w:r>
        <w:t>Spisová značka: 8Sd/67/2009</w:t>
      </w:r>
    </w:p>
    <w:p>
      <w:r>
        <w:t>ECLI: ECLI:SK:KSBA:2012:1009201629.5</w:t>
      </w:r>
    </w:p>
    <w:p>
      <w:r>
        <w:t>Dátum vydania: 8.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8Sd/67/2009 Identifikačné číslo súdneho spisu: 1009201629 Dátum vydania rozhodnutia: 09. 11. 2012 Meno a priezvisko sudcu, VSÚ: JUDr. Peter Pospech ECLI: ECLI:SK:KSBA:2012:1009201629.5 Uznesenie Krajský súd v Bratislave v právnej veci navrhovateľky: F. C., F. Č. XXXXXX/XXXX, N. Š. XX, XXX XX N.,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20.07.2009, žiadala preskúmať rozhodnutie odporkyne č. XXXXXX/XXXX zo dňa 18.06.2012, ktorým odporkyňa priznala navrhovateľke invalidný dôchodok v sume XXX,XX Eur od 30.01.2009. Písomným prehlásením došlým súdu dňa 06.11.2012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https://www.kauzis.sk/judikatura/r/ECLI:SK:KSBA:2012:1009201629.5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