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8Sd/94/2009 z 29. 4. 2012</w:t>
      </w:r>
    </w:p>
    <w:p>
      <w:r>
        <w:t>Uznesenie Krajského súdu Bratislava z 29. apríla 2012, sp. zn. 8Sd/94/2009, ECLI:SK:KSBA:2012:1009201844.2</w:t>
      </w:r>
    </w:p>
    <w:p>
      <w:r>
        <w:t>Súd: Krajský súd Bratislava</w:t>
      </w:r>
    </w:p>
    <w:p>
      <w:r>
        <w:t>Spisová značka: 8Sd/94/2009</w:t>
      </w:r>
    </w:p>
    <w:p>
      <w:r>
        <w:t>ECLI: ECLI:SK:KSBA:2012:1009201844.2</w:t>
      </w:r>
    </w:p>
    <w:p>
      <w:r>
        <w:t>Dátum vydania: 29.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8Sd/94/2009 Identifikačné číslo súdneho spisu: 1009201844 Dátum vydania rozhodnutia: 30. 04. 2012 Meno a priezvisko sudcu, VSÚ: JUDr. Peter Pospech ECLI: ECLI:SK:KSBA:2012:1009201844.2 Uznesenie Krajský súd v Bratislave v právnej veci navrhovateľky: Q. W., r.č. XXXXXX/XXXX, bytom P. X/A, X., zast. JUDr. Peter Mihalda advokát, Gogoľova 18, Bratislava, proti odporkyni: Sociálna poisťovňa - ústredie. Ul. 29. augusta č. 8, Bratislava, v spore o invalidný dôchodok, takto r o z h o d o l : Súd konanie z a s t a v u j e. Odporkyňa je p o v i n n á zaplatiť navrhovateľke sumu 386,46 € nákladov právneho zastúpenia na účet právneho zástupcu JUDr. Petra Mihaldu, advokáta, vedený v Tatrabanke a.s., č.ú. XXX XXX XXXX/ XXXX, a to do 3 dní od právoplatnosti rozhodnutia. o d ô v o d n e n i e : Navrhovateľka svojim návrhom zo dňa 16.09.2009 žiadala preskúmať rozhodnutie odporkyne č. XXX XXX XXXX zo dňa 24.08.2009 z dôvodu nesúhlasu s určenou mierou poklesu schopnosti vykonávať zárobkovú činnosť. Písomným podaním došlým súdu dňa 09.12.2011 zobrala navrhovateľka svoj návrh späť a konanie žiadala zastaviť. Dôvodom na späťvzatie návrhu bolo vydanie rozhodnutia Sociálnej poisťovne - ústredie Bratislava č. XXX XXX XXXX zo dňa 27.10.2011 o zvýšení sumy invalidného dôchodku a stanovenie poklesu schopnosti vykonávať zárobkovú činnosť na viac ako 70%, čím odpadol dôvod na ďalšie konanie. Nakoľko rozhodnutie odporkyne bolo vydané až po dôvodnom podaní návrhu na preskúmanie napadnutého rozhodnutia, súd priznal navrhovateľke náhradu trov konania - nákladov právneho zastúpenia právneho zástupcu navrhovateľky JUDr. Petra Mihaldu v celkovej sume 386,46 € za 5 právnych úkonov po 57 € + 5 x réžijný paušál t.j. 285 € + 37,05 € + 20 % DPH 64,41 €, t.j. spolu 386,46 €. Vzhľadom k späťvzatiu návrhu, po jeho podaní súd konanie zastavil podľa § 250d ods. 3 v spojení s § 250h ods. 2 a § 1546 ods. 2 O.s.p. O súdnom poplatku konajúci súd nerozhodol, nakoľko navrhovateľka nepreukázala jeho zaplatenie a toto konanie je oslobodené od zaplatenia súdneho poplatku podľa príslušných ustanovení zákona č. 71/1992 Z.z. o súdnych poplatkoch. Poučenie: Proti tomuto uzneseniu je možno podať odvolanie do 15 dní odo dňa jeho doručenia na Krajskom súde v Bratislave písomne, dvojmo.</w:t>
      </w:r>
    </w:p>
    <w:p/>
    <w:p>
      <w:r>
        <w:t>Zdroj: KAUZIS.SK – https://www.kauzis.sk/judikatura/r/ECLI:SK:KSBA:2012:1009201844.2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