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1S/2/2010 z 18. 1. 2012</w:t>
      </w:r>
    </w:p>
    <w:p>
      <w:r>
        <w:t>Uznesenie Krajského súdu Bratislava z 18. januára 2012, sp. zn. 1S/2/2010, ECLI:SK:KSBA:2012:1010200015.1</w:t>
      </w:r>
    </w:p>
    <w:p>
      <w:r>
        <w:t>Súd: Krajský súd Bratislava</w:t>
      </w:r>
    </w:p>
    <w:p>
      <w:r>
        <w:t>Spisová značka: 1S/2/2010</w:t>
      </w:r>
    </w:p>
    <w:p>
      <w:r>
        <w:t>ECLI: ECLI:SK:KSBA:2012:1010200015.1</w:t>
      </w:r>
    </w:p>
    <w:p>
      <w:r>
        <w:t>Dátum vydania: 18.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1S/2/2010 Identifikačné číslo súdneho spisu: 1010200015 Dátum vydania rozhodnutia: 19. 01. 2012 Meno a priezvisko sudcu, VSÚ: JUDr. Nora Puchelová ECLI: ECLI:SK:KSBA:2012:1010200015.1 Uznesenie Krajský súd v Bratislave v právnej veci žalobcu: Y. V., bytom H. XX, XXX XX J., právne zastúpený: JUDr. Tibor Sásfai, advokát so sídlom Fejova 4, 040 01 Košice, proti žalovanému: Ministerstvo pôdohospodárstva a rozvoja vidieka Slovenskej republiky, so sídlom Dobrovičova 12, 812 66 Bratislava, o preskúmanie rozhodnutia žalovaného č. 4021/2009-430Ant zo dňa 30.10.2009, takto r o z h o d o l : Krajský súd v Bratislave konanie z a s t a v u j e . Žiaden z účastníkov n e m á právo na náhradu trov konania. o d ô v o d n e n i e : Žalobou podanou na tunajší súd dňa 7.1.2010 sa žalobca domáhal preskúmania zákonnosti rozhodnutia žalovaného č. 4021/2009-430 zo dňa 30.10.2009, ktorým rozhodnutie prvostupňového správneho orgánu Krajského pozemkového úradu Košice č. A/2009/00232 zo dňa 26.8.2009 potvrdil a odvolanie zástupcu oprávnených osôb Ing. Y. Y. zamietol. Žalobca v žalobe namietal, že písomnosti Krajského pozemkového úradu mu neboli doručované a uvedeného zástupcu oprávnených osôb žalobca nepoveril preberaním písomností podľa § 69 ods. 3 správneho poriadku. Z obsahu podanej žaloby vyplýva, že žalobca sa domáhal postupu podľa ustanovení druhej hlavy piatej časti O.s.p., upravujúcej rozhodovanie o žalobách proti rozhodnutiam a postupom správnych orgánov. Podľa § 1 ods. 1 zák. č. 71/1992 Zb. o súdnych poplatkoch (ďalej len „ZoSP“),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a/ ZoSP, poplatková povinnosť vzniká podaním návrhu, odvolania a dovolania alebo žiadosti na vykonanie poplatkového úkonu, ak je poplatníkom navrhovateľ, odvolateľ a dovolateľ. Podľa § 8 ods. 1 ZoSP v znení platnom ku dňu podania žaloby, poplatok za podanie návrhu alebo žiadosti a poplatok za konanie o dedičstve je splatný vznikom poplatkovej povinnosti. Podľa § 10 ods. 1 ZoSP v rovnakom znení,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položky 10 písm. a/ sadzobníka súdnych poplatkov v platnom znení, sa platí súdny poplatok z návrhu na preskúmanie zákonnosti rozhodnutia orgánu verejnej správy na základe žaloby v sume 66,- EUR. Žalobca poplatkovú povinnosť spolu so žalobou nesplnil, súd ho preto výzvou zo dňa 11.11.2011 vyzval na zaplatenie súdneho poplatku v súlade s ust. § 10 ods. 1 ZoSP v lehote 10 dní, zároveň ho poučil i o dôsledkoch nezaplatenia súdneho poplatku. Právnemu zástupcovi žalobcu bola výzva súdu na zaplatenie súdneho poplatku za žalobu doručená dňa 23.11.2011, avšak v stanovenej lehote súdny poplatok nebol uhradený. Keďže žalobca súdny poplatok za žalobu ani na výzvu súdu nezaplatil, súd podľa § 10 ods. 1 ZoSP v spojení s ust. § 250d ods. 3 O.s.p. konanie pre nezaplatenie súdneho poplatku, zastavil. O trovách konania súd rozhodol podľa § 146 ods. 1 písm. c/ v spojení s § 246c O.s.p. tak, že žiadnemu z účastníkov nepriznal náhradu trov konania, pretože pre iný postup nebol dôvod. Poučenie: Proti tomuto uzneseniu možno podať odvolanie do 15 dní odo dňa jeho písomného doručenia na Najvyšší súd SR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https://www.kauzis.sk/judikatura/r/ECLI:SK:KSBA:2012:1010200015.1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