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3S/77/2010 z 1. 5. 2012</w:t>
      </w:r>
    </w:p>
    <w:p>
      <w:r>
        <w:t>Opravné uznesenie Krajského súdu Bratislava z 1. mája 2012, sp. zn. 3S/77/2010, ECLI:SK:KSBA:2012:1010200253.6</w:t>
      </w:r>
    </w:p>
    <w:p>
      <w:r>
        <w:t>Súd: Krajský súd Bratislava</w:t>
      </w:r>
    </w:p>
    <w:p>
      <w:r>
        <w:t>Spisová značka: 3S/77/2010</w:t>
      </w:r>
    </w:p>
    <w:p>
      <w:r>
        <w:t>ECLI: ECLI:SK:KSBA:2012:1010200253.6</w:t>
      </w:r>
    </w:p>
    <w:p>
      <w:r>
        <w:t>Dátum vydania: 1. 5. 2012</w:t>
      </w:r>
    </w:p>
    <w:p>
      <w:r>
        <w:t>Forma: Opravné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3S/77/2010 Identifikačné číslo súdneho spisu: 1010200253 Dátum vydania rozhodnutia: 02. 05. 2012 Meno a priezvisko sudcu, VSÚ: JUDr. Viera Šebestová ECLI: ECLI:SK:KSBA:2012:1010200253.6 Opravné uznesenie Krajský súd v Bratislave v právnej veci žalobcov: v 1/ rade: F.. arch. V. N., Gagarinova 14, Nová Dubnica, v 2/ rade: F.. arch. L. I., J. Žirku 7/4, Prievidza, v 3/ rade: L. L., Teslova 13, Bratislava, v 4/ rade: V. Lipovská, S. 57, Bratislava, v 5/ rade: L. N., Brestová 10, Bratislava, v zastúpení: JUDr. S.. M. U., PhD, AK s.r.o., Chorvátska 199, Šenkvice, proti žalovanému: Krajský stavebný úrad v Bratislave, Lamačská cesta 8, 845 14 Bratislava, za účasti: 1. S. X., Novinárska 5, Bratislava zastúpený: AENEA Legal s.r.o., Jozefská 3, Bratislava; 2. G. X., Teslova 13, Bratislava; 3. V. S., Strmá 23, Nitra; 4. O. H., Koprivnická 34, Bratislava; 5. L. H., Koprivnická 34, Bratislava; 6. Mgr. S. N., Čaklovská 4, Bratislava; 7. Ing. Z. N., Čaklovská 4, Bratislava; 8. L. X., 976 34 Králiky 165; 9. E. mesto N. republiky G., Primaciálne námestie 1, Bratislava, 10. M. Q., Teslova 16/13, Bratislava, 11. H. Q., Teslova 13, Bratislava, t.č. Ústav na výkon trestu odňatia slobody a väzby, Gucmanova 19/670, Leopoldov, 12. V. P., Vajnaského 110/1, Malacky, 13. S. Q., Záhradnícka 4/837/55, Bratislava o preskúmanie rozhodnutia žalovaného č. A/2009/2471/ SAM zo dňa 16.11.2009, takto r o z h o d o l : Rozsudok Krajského súdu v Bratislave zo dňa 18.10.2011, č.k. 3S 77/2010-171 sa v záhlaví d o p ĺ ň a o účastníkov konania v 10. rade M. Q., Teslova 16/13, Bratislava, 11. H. Q., Teslova 13, Bratislava, t.č. Ústav na výkon trestu odňatia slobody a väzby, Gucmanova 19/670, Leopoldov, 12. V. P., Vajanského 110/1, Malacky, 13. S. Q., Záhradnícka 4/837/55, Bratislava. o d ô v o d n e n i e : Rozsudkom č.k. 3S 77/2010-171 zo dňa 18.10.2011 súd žalobu zamietol voči žalobcom v 1.-5. rade. Konanie sa viedlo za účasti účastníkov v 1.-9. rade. Súd uznesením č.k. 3S 77/2010-130 zo dňa 09.05.2011 pribral do konania účastníkov konania M. Q., Kamila Ozoráka, V. P. a S. Q., s ktorými súd aj konal. V písomnom vyhotovení rozsudku zo dňa 18.10.2011 sa stala chyba a pribratí účastníci neboli v záhlaví označení. Pretože ide o zrejmú nesprávnosť, ktorá vznikla pri opise rozsudku, bolo potrebné túto chybu opraviť v zmysle § 164 O.s.p. týmto opravným uznesením a do záhlavia doplniť ďalších účastníkov konania v 10.-13. rade. Poučenie: Proti tomuto uzneseniu je možné podať odvolanie do 15 dní odo dňa doručenia na tunajšom súde.</w:t>
      </w:r>
    </w:p>
    <w:p/>
    <w:p>
      <w:r>
        <w:t>Zdroj: KAUZIS.SK – https://www.kauzis.sk/judikatura/r/ECLI:SK:KSBA:2012:1010200253.6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