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3S/84/2010 z 17. 9. 2012</w:t>
      </w:r>
    </w:p>
    <w:p>
      <w:r>
        <w:t>Uznesenie Krajského súdu Bratislava z 17. septembra 2012, sp. zn. 3S/84/2010, ECLI:SK:KSBA:2012:1010200572.2</w:t>
      </w:r>
    </w:p>
    <w:p>
      <w:r>
        <w:t>Súd: Krajský súd Bratislava</w:t>
      </w:r>
    </w:p>
    <w:p>
      <w:r>
        <w:t>Spisová značka: 3S/84/2010</w:t>
      </w:r>
    </w:p>
    <w:p>
      <w:r>
        <w:t>ECLI: ECLI:SK:KSBA:2012:1010200572.2</w:t>
      </w:r>
    </w:p>
    <w:p>
      <w:r>
        <w:t>Dátum vydania: 17. 9. 2012</w:t>
      </w:r>
    </w:p>
    <w:p>
      <w:r>
        <w:t>Forma: Uznesenie</w:t>
      </w:r>
    </w:p>
    <w:p>
      <w:pPr>
        <w:pStyle w:val="Heading2"/>
      </w:pPr>
      <w:r>
        <w:t>Text rozhodnutia</w:t>
      </w:r>
    </w:p>
    <w:p>
      <w:r>
        <w:t>Súd: Krajský súd Bratislava Spisová značka: 3S/84/2010 Identifikačné číslo súdneho spisu: 1010200572 Dátum vydania rozhodnutia: 18. 09. 2012 Meno a priezvisko sudcu, VSÚ: JUDr. Viera Šebestová ECLI: ECLI:SK:KSBA:2012:1010200572.2 Uznesenie Krajský súd v Bratislave v právnej veci žalobcu: Ing. H. O., bytom Bebravská č. 13273/11, Bratislava, zastúpený: JUDr. Stanislav Jakubčík, advokát, Záhradnícka 60/2, 821 08 Bratislava, proti žalovanému: Slovenská informačná služba, P.O.BOX 69, 810 00 Bratislava 1 preskúmanie zákonnosti rozhodnutia žalovaného č. p. PK-23-6/2009 zo dňa 10.12.2009, takto r o z h o d o l : Súd konanie z a s t a v u j e . Žiaden z účastníkov nemá právo na náhradu trov konania. o d ô v o d n e n i e : Žalobca sa žalobou doručenou súdu dňa 09.02.2010 domáhal zrušenia rozhodnutia žalovaného č. p. PK-23-6/2009 zo dňa 10.12.2009 o odvolaní proti služobnému hodnoteniu a o preskúmanie služobného hodnotenia príslušníka Slovenskej informačnej služby, č. p. XX/XX-XXX/XXXX zo dňa 21.10.2009 a vrátenia veci na ďalšie konanie. Žalobca podaním zo dňa 23.08.2012 zobral svoju žalobu späť a žiadal konanie zastaviť. Späťvzatie žaloby žalobca nezdôvodnil.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zastúpení podľa § 250a alebo ak žaloba bola vzatá späť (§250h ods. 2). Odvolanie proti uzneseniu je prípustné. Vzhľadom na skutočnosť, že žalobca vzal svoj návrh v celom rozsahu späť, súd konanie v zmysle vyššie uvedeného zákonného ustanovenia zastavil. O trovách konania súd rozhodol podľa § 146 ods. 1 písm. c/ O.s.p. s použitím ustanovenia § 246c ods.1 O.s.p. tak, že žiadnemu z účastníkov právo na náhradu trov konania nepriznal, nakoľko konanie bolo zastavené.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https://www.kauzis.sk/judikatura/r/ECLI:SK:KSBA:2012:1010200572.2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