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4S/91/2010 z 19. 3. 2012</w:t>
      </w:r>
    </w:p>
    <w:p>
      <w:r>
        <w:t>Uznesenie Krajského súdu Bratislava z 19. marca 2012, sp. zn. 4S/91/2010, ECLI:SK:KSBA:2012:1010200581.2</w:t>
      </w:r>
    </w:p>
    <w:p>
      <w:r>
        <w:t>Súd: Krajský súd Bratislava</w:t>
      </w:r>
    </w:p>
    <w:p>
      <w:r>
        <w:t>Spisová značka: 4S/91/2010</w:t>
      </w:r>
    </w:p>
    <w:p>
      <w:r>
        <w:t>ECLI: ECLI:SK:KSBA:2012:1010200581.2</w:t>
      </w:r>
    </w:p>
    <w:p>
      <w:r>
        <w:t>Dátum vydania: 19. 3. 2012</w:t>
      </w:r>
    </w:p>
    <w:p>
      <w:r>
        <w:t>Forma: Uznesenie</w:t>
      </w:r>
    </w:p>
    <w:p>
      <w:pPr>
        <w:pStyle w:val="Heading2"/>
      </w:pPr>
      <w:r>
        <w:t>Text rozhodnutia</w:t>
      </w:r>
    </w:p>
    <w:p>
      <w:r>
        <w:t>Súd: Krajský súd Bratislava Spisová značka: 4S/91/2010 Identifikačné číslo súdneho spisu: 1010200581 Dátum vydania rozhodnutia: 20. 03. 2012 Meno a priezvisko sudcu, VSÚ: JUDr. Judita Kokolevská ECLI: ECLI:SK:KSBA:2012:1010200581.2 Uznesenie Krajský súd v Bratislave v právnej veci žalobcu: JUDr. Q. I., H. XX, XXX XX O., proti žalovanému: Ministerstvo vnútra SR, Prezídium Policajného zboru, odbor dopravnej polície, Račianska 45, 812 72 Bratislava, o preskúmanie zákonnosti rozhodnutia žalovaného č. PPZ-165-11/ODP-2009 zo dňa 31.07.2009, takto r o z h o d o l : Uznesenie Krajského súdu v Bratislave č. 4S 91/2010-22 zo dňa 10.02.2012, ktorým sa konanie zastavilo, s a z r u š u j e v celom rozsahu. o d ô v o d n e n i e : Žalobou podanou na Krajskom súde v Bratislave dňa 09.02.2010 sa žalobca domáhal preskúmania zákonnosti rozhodnutia žalovaného č. PPZ-165-11/ODP-2009 zo dňa 31.07.2009, ktorým odvolanie žalobcu zamietol a rozhodnutie krajského dopravného inšpektorátu Krajského riaditeľstva Policajného zboru v Bratislave č.p.: KRP-P-39/DI-SK-2007 zo dňa 16.3.2007 o zamietnutí obnovy konania potvrdil. Uznesením Krajského súdu v Bratislave č. 4S 91/2010-22 zo dňa 10.02.2012 bolo v zmysle ust. § 10 ods. 1 zákona č. 71/1992 Zb. o súdnych poplatkoch v znení neskorších predpisov (ďalej citovaný zákon) konanie zastavené z dôvodu, že žalobca si nesplnil poplatkovú povinnosť podľa § 5 ods. 1 písm. a/ citovaného zákona, a to ani v lehote určenej vo výzve súdu, ktorá mu bola doručená dňa 11.10.2011. Žalobca v lehote stanovenej v uznesení podal odvolanie zo dňa 09.03.2012, ktorého prílohou bola aj kópia platobného príkazu zo dňa 10.03.2012 na uhradenie súdneho poplatku vo výške 33 Eur. Žalobca uvedeným platobným príkazom uhradil súdny poplatok za žalobu. V zmysle § 10 ods. 3 veta prvá citovaného zákona príslušný súd zruší uznesenie o zastavení konania pre nezaplatenie súdneho poplatku, ak poplatník zaplatí súdny poplatok do konca lehoty na podanie odvolania. Vzhľadom k tomu, že žalobca zaplatil súdny poplatok za žalobu ešte pred uplynutím odvolacej lehoty, súd v zmysle § 10 ods. 3 veta prvá cit. zákona uznesenie o zastavení konania zrušil a ďalej bude pokračovať v konaní. Poučenie: Proti tomuto uzneseniu je prípustné odvolanie do 15 dní odo dňa jeho doručenia, písomne, dvojmo na Krajský súd v Bratislave. V odvolaní treba okrem všeobecných náležitostí (§ 42 ods. 3 O.s.p.) uviesť, proti ktorému rozhodnutiu smeruje, v akom rozsahu sa napáda, v čom sa toto rozhodnutie alebo postup súdu považuje za nesprávny a čoho sa odvolateľ domáha.</w:t>
      </w:r>
    </w:p>
    <w:p/>
    <w:p>
      <w:r>
        <w:t>Zdroj: KAUZIS.SK – https://www.kauzis.sk/judikatura/r/ECLI:SK:KSBA:2012:1010200581.2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