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8Sd/24/2010 z 4. 6. 2012</w:t>
      </w:r>
    </w:p>
    <w:p>
      <w:r>
        <w:t>Rozsudok Krajského súdu Bratislava z 4. júna 2012, sp. zn. 8Sd/24/2010, ECLI:SK:KSBA:2012:1010200747.5</w:t>
      </w:r>
    </w:p>
    <w:p>
      <w:r>
        <w:t>Súd: Krajský súd Bratislava</w:t>
      </w:r>
    </w:p>
    <w:p>
      <w:r>
        <w:t>Spisová značka: 8Sd/24/2010</w:t>
      </w:r>
    </w:p>
    <w:p>
      <w:r>
        <w:t>ECLI: ECLI:SK:KSBA:2012:1010200747.5</w:t>
      </w:r>
    </w:p>
    <w:p>
      <w:r>
        <w:t>Dátum vydania: 4. 6. 2012</w:t>
      </w:r>
    </w:p>
    <w:p>
      <w:r>
        <w:t>Forma: Rozsudok</w:t>
      </w:r>
    </w:p>
    <w:p>
      <w:r>
        <w:t>Oblasť práva: Správne právo</w:t>
      </w:r>
    </w:p>
    <w:p>
      <w:pPr>
        <w:pStyle w:val="Heading2"/>
      </w:pPr>
      <w:r>
        <w:t>Text rozhodnutia</w:t>
      </w:r>
    </w:p>
    <w:p>
      <w:r>
        <w:t>Súd: Krajský súd Bratislava Spisová značka: 8Sd/24/2010 Identifikačné číslo súdneho spisu: 1010200747 Dátum vydania rozhodnutia: 05. 06. 2012 Meno a priezvisko sudcu, VSÚ: JUDr. Peter Pospech ECLI: ECLI:SK:KSBA:2012:1010200747.5 ROZSUDOK V MENE SLOVENSKEJ REPUBLIKY Krajský súd v Bratislave pred samosudcom JUDr. Petrom Pospechom, v právnej veci navrhovateľa: L.. T. W., nar. XX.XX.XXXX, bytom J. XX, Q., proti odporkyni: Sociálna poisťovňa - ústredie Bratislava, Ul. 29. augusta 8, Bratislava, zast. JUDr. Helenou Blahutovou, v spore o zvýšenie starobného dôchodku, takto r o z h o d o l : Súd napadnuté rozhodnutie odporkyne č. XXX XXXX XXXX zo dňa 17.02.2010 p o t v r d z u j e. Navrhovateľovi súd náhradu trov konania n e p r i z n á v a. o d ô v o d n e n i e : Napadnutým rozhodnutím č. XXX XXXX XXXX zo dňa 17.02.2010 odporkyňa navrhovateľovi podľa § 66 ods. 3, § 293l a § 82 zákona č. 461/2003 Z.z. o sociálnom poistení v znení neskorších predpisov zvýšila od 01.01.2010 starobný dôchodok na sumu 430,30 mesačne za dobu dôchodkového poistenia od 01.08.2006 do 31.12.2009. Navrhovateľ vo svojom opravnom prostriedku zo dňa 03.03.2010 žiadal o preskúmanie správnosti rozhodnutia, pričom poukázal na nesprávny postup zvýšenia starobného dôchodku a chýbajúcu dobu a valorizáciu za jednotlivé kalendárne roky. K opravnému prostriedku sa odporkyňa písomne vyjadrila svojím písomným podaním zo dňa 15.03.2010 s tým, že vzhľadom na dôvody, ktoré uviedla vo svojom písomnom vyjadrení, považuje námietky navrhovateľa za nedôvodné, pretože zvýšenie dôchodku za obdobie dôchodkového poistenia od 01.08.2006 do 31.12.2009 boli vykonané v súlade s platnými právnymi predpismi a preto žiada napadnuté rozhodnutie konajúcim súdom potvrdiť ako vecne správne a vydané v súlade so zákonom. Krajský súd v Bratislave ako súd vecne a miestne príslušný na konanie podľa tretej hlavy piatej časti O.s.p. preskúmal napadnuté rozhodnutie odporkyne v rozsahu dôvodov, ktoré uviedol navrhovateľ vo svojom opravnom prostriedku podľa § 244 ods. 1 O.s.p. a dospel k záveru, opravný prostriedok navrhovateľa nie je dôvodný. Z obsahu spisového materiálu súd zistil nasledovný skutkový stav. Napadnutým rozhodnutím zo dňa 17.02.2010 odporkyňa navrhovateľovi zvýšila starobný dôchodok s účinnosťou od 01.01.2010 na sumu 430,- € za dobu dôchodkového poistenia od 01.08.2006 do 31.12.2009, v súlade s ust. § 293l ods. 1 zákona č. 461/2003 Z.z o sociálnom poistení v znení zákona č. 461/2003 Z.z. o sociálnom poistení v znení zákona č. 310/2006 Z.z. podľa § 66 ods.3 ZSP, t.j. za celú dobu až po zániku poistenia dňom 31.12.2009. Námietka navrhovateľa čo sa týka priznania predmetného zvýšenia už od 01.01.2007 a každoročne zvýšiť podľa 1 osobného mzdového bodu sumu starobného dôchodku a takto zvýšenú sumu starobného dôchodku valorizovať a doplatiť rozdiel za každý rok nemá oporu v zákone a je v rozpore s platnou právnou úpravou. Navrhovateľ nesprávne vykazuje sumu vymeriavacieho základu od 01.07.2006 do 31.12.2006 v sume 81.317,- Sk, čo je len o 0,3295 osobného mzdového bodu, za rok 2007 - 159.064,- Sk, čo je o 0,6580 OMB, za rok 2008 - 162.130,- Sk, čo je o 0,6707 OMB a za rok 2009 - 5.395,49 €, čo je 0,6724 OMB, t.j. spolu 2,3306 a z toho polovica je 1,1653. S poukazom na ust. § 66 ods. 3 ZSP sa navrhovateľovi zvýšil starobný dôchodok vyplácaný k 01.01.2010 v sume 406,70 o sumu 10,80 € (1,1653 x 8,2246). Následne bola táto suma zvýšená od 01.01.2010 a upravila sa podľa § 82 ZSP o 3,05 %, t.j. o 12,80 € na sumu 430,30 €. V zmysle planých predpisov podľa § 82 ZSP v znení neskorších predpisov takto zvýšený starobný dôchodok od 01.01.2006 bol následne valorizovaný 01.07.2007 - 10,906,- Sk mesačne, 01.07.2008 - 11.452,- SK mesačne, 01.01.2009 prepočítaná na sumu 380,20 € mesačne, 01.01.2009 na sumu 406,70 € mesačne, od 01.01.2010 na sumu 430,30 € mesačne (406,70+10,80+12,80€). Rozhodnutím zo dňa 07.03.2011 bol zvýšený starobný dôchodok podľa § 66 ods. 3 a § 82 ZSP v znení neskorších predpisov od 01.01.2011 za obdobie od 02.01.2010 do 31.07.2010 s tým, že jeho žiadosť o zvýšenie dôchodku za uvedené obdobie už od 01.082010 bolo rozhodnutím zo dňa 07.04.2011 zamietnutá s poukazom na ust. § 66 ods. 9ZSP s tým, že zvýšenie za obdobie dôchodkového poistenia za kalendárny rok náleží len raz, t.j. už bolo priznané od 01.01.2010 rozhodnutím zo dňa 17.02.2010. Vzhľadom na tieto skutočnosti konajúci súd vyhodnotil námietky navrhovateľa za nedôvodné a napadnuté rozhodnutie zo dňa 17.02.2010 č. XXX XXX XXXX ako vecne správne potvrdil podľa § 250q ods. 2 O.s.p. Výrok o trovách konania konajúci súd oprel o neúspešnosť navrhovateľa v spore podľa § 250k ods. 1 O.s.p. , s tým, že navrhovateľ si trovy konania neuplatnil a súd ich nepriznal. Poučenie: Proti tomuto rozhodnutiu je možné podať odvolanie do 15 dní od jeho doručenia na Krajský súd v Bratislave, písomne, dvojmo. 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https://www.kauzis.sk/judikatura/r/ECLI:SK:KSBA:2012:1010200747.5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