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6Scud/12/2010 z 30. 1. 2012</w:t>
      </w:r>
    </w:p>
    <w:p>
      <w:r>
        <w:t>Uznesenie Krajského súdu Bratislava z 30. januára 2012, sp. zn. 6Scud/12/2010, ECLI:SK:KSBA:2012:1010200786.1</w:t>
      </w:r>
    </w:p>
    <w:p>
      <w:r>
        <w:t>Súd: Krajský súd Bratislava</w:t>
      </w:r>
    </w:p>
    <w:p>
      <w:r>
        <w:t>Spisová značka: 6Scud/12/2010</w:t>
      </w:r>
    </w:p>
    <w:p>
      <w:r>
        <w:t>ECLI: ECLI:SK:KSBA:2012:1010200786.1</w:t>
      </w:r>
    </w:p>
    <w:p>
      <w:r>
        <w:t>Dátum vydania: 30. 1.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6Scud/12/2010 Identifikačné číslo súdneho spisu: 1010200786 Dátum vydania rozhodnutia: 31. 01. 2012 Meno a priezvisko sudcu, VSÚ: JUDr. Renáta Janáková ECLI: ECLI:SK:KSBA:2012:1010200786.1 Uznesenie Krajský súd v Bratislave v právnej veci navrhovateľa: O. B., I.. XX.XX.XXXX, Z. XXX-XXX L. W., C., N., proti odporkyni: Sociálna poisťovňa - ústredie, so sídlom Ul. 29. augusta 8, Bratislava, T. M. X., takto r o z h o d o l : Súd konanie z a s t a v u j e. Žiaden z účastníkov n e m á právo na náhradu trov konania. o d ô v o d n e n i e : Navrhovateľ svojim návrhom zo dňa XX.XX.XXXX žiadal preskúmať rozhodnutie odporkyne č. XXXXXXX XXX zo dňa X.XX.XXXX, ktorým odporkyňa podľa ust. § 65 ods. 1 a 2 zákona č. 461/2003 Z. z. o sociálnom poistení v znení zákona č. 555/2007 Z.z. (ďalej len „zákon o sociálnom poistení) a Dohody medzi vládou Slovenskej republiky a vládou Quebecu o sociálnom poistení, zamietla navrhovateľovu žiadosť o starobný dôchodok ku dňu 01.08.2005 Rozhodnutím číslo XXXXXXX XXX zo dňa XX.XX.XXXX zrušila odporkyňa podľa ust. § 112 ods. 1 zákona o sociálnom poistení napadnuté rozhodnutie č. XXXXXXX XXX zo dňa XX.XX.XXXX. Rozhodnutím č. XXXXXXX XXX zo dňa XX.XX.XXXX odporkyňa podľa ust. §§ 65, 274 a § 82 ods. 2 zákona o sociálnom poistení a podľa čl. 13 ods. 2 Dohody medzi vládou Slovenskej republiky a vládou Québecu o sociálnom zabezpečení, priznala navrhovateľovi od 13.10.2006 starobný dôchodok v sume XXX,- Sk mesačne, ktorý následne navrhovateľovi zvyšovala vždy od 1.1. príslušného kalendárneho roku podľa ust. § 82 zákona o sociálnom poistení a v súlade s opatrením Ministerstva práce, sociálnych vecí a rodiny Slovenskej republiky, ktoré ustanovuje percento zvýšenia dôchodkovej dávky tak, že od 1.1.2011 navrhovateľ má zvýšený invalidný dôchodok na sumu XX,XX €. W., čím navrhovateľovi vyhovela v plnom rozsahu.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https://www.kauzis.sk/judikatura/r/ECLI:SK:KSBA:2012:1010200786.1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