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4S/203/2010 z 29. 3. 2012</w:t>
      </w:r>
    </w:p>
    <w:p>
      <w:r>
        <w:t>Uznesenie Krajského súdu Bratislava z 29. marca 2012, sp. zn. 4S/203/2010, ECLI:SK:KSBA:2012:1010201076.1</w:t>
      </w:r>
    </w:p>
    <w:p>
      <w:r>
        <w:t>Súd: Krajský súd Bratislava</w:t>
      </w:r>
    </w:p>
    <w:p>
      <w:r>
        <w:t>Spisová značka: 4S/203/2010</w:t>
      </w:r>
    </w:p>
    <w:p>
      <w:r>
        <w:t>ECLI: ECLI:SK:KSBA:2012:1010201076.1</w:t>
      </w:r>
    </w:p>
    <w:p>
      <w:r>
        <w:t>Dátum vydania: 29. 3. 2012</w:t>
      </w:r>
    </w:p>
    <w:p>
      <w:r>
        <w:t>Forma: Uznesenie</w:t>
      </w:r>
    </w:p>
    <w:p>
      <w:pPr>
        <w:pStyle w:val="Heading2"/>
      </w:pPr>
      <w:r>
        <w:t>Text rozhodnutia</w:t>
      </w:r>
    </w:p>
    <w:p>
      <w:r>
        <w:t>Súd: Krajský súd Bratislava Spisová značka: 4S/203/2010 Identifikačné číslo súdneho spisu: 1010201076 Dátum vydania rozhodnutia: 30. 03. 2012 Meno a priezvisko sudcu, VSÚ: JUDr. Judita Kokolevská ECLI: ECLI:SK:KSBA:2012:1010201076.1 Uznesenie Krajský súd v Bratislave v právnej veci žalobcu: Q. Q., nar. XX.X.XXXX, bytom P. XX, XXX XX I., právne zastúpený: JUDr. Rastislav Posluch, advokát, so sídlom AK Bazová 9, 821 08 Bratislava, proti žalovanému: Poľovnícke združenie Priateľstvo Tomášov, so sídlom Agátová 13, 900 44 Tomášov, o preskúmanie zákonnosti rozhodnutia členskej schôdze žalovaného č. 1/R- Čl.s.2009 zo dňa 25.09.2009, takto r o z h o d o l : Krajský súd v Bratislave konanie z a s t a v u j e . Žiaden z účastníkov nemá právo na náhradu trov konania. o d ô v o d n e n i e : Žalobou podanou Krajskému súdu v Bratislave dňa 28.05.2010 sa žalobca domáhal preskúmania rozhodnutia členskej schôdze žalovaného č. 1/R-Čl.s.2009 zo dňa 25.09.2009, ktorým žalovaný zamietol odvolanie žalobcu proti rozhodnutiu č. 1/KO-VPZ2009 zo dňa 02.07.2009 o uložení kárneho opatrenia žalobcovi a to vylúčenie žalobcu z Poľovníckeho združenia Priateľstvo Tomášov. V správnom súdnictve (Piata časť O.s.p.) preskúmavajú súdy na základe žalôb alebo opravných prostriedkov zákonnosť rozhodnutí a postupov orgánov verejnej správy (§ 244 ods. 1 O.s.p.). Podľa § 249 ods. 1 O.s.p., konanie sa začína na návrh, ktorý sa nazýva žalobou. Podľa ustanovenia § 250b ods. 1 O.s.p., žaloba sa musí podať do dvoch mesiacov od doručenia rozhodnutia správneho orgánu v poslednom stupni, pokiaľ osobitný zákon neustanovuje inak. Zameškanie lehoty nemožno odpustiť. Podľa ustanovenia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Zo spisu je zrejmé, že žaloba bola podaná žalobcom na Krajský súd v Bratislave dňa 28.05.2010. Žaloba bola podaná oneskorene, lebo napadnuté rozhodnutie č. 1/R-Čl.s.2009 zo dňa 25.09.2009 bolo žalobcovi doručené dňa 20.10.2009 a rozhodnutie č. 1/R-Čl.s.2009 nadobudlo právoplatnosť a vykonateľnosť tiež dňa 20.10.2009. Dvojmesačná lehota podľa § 250b ods. 1 OSP, ktorej zmeškanie nemožno odpustiť, uplynula dňa 20.12.2009 (resp. v pondelok 21.12.2009). Žaloba bola podaná až 28.05.2010. Vzhľadom na skutočnosť, že žalobca podal žalobu proti rozhodnutiu žalovaného po uplynutí zákonom stanovenej lehoty, jeho žaloba bola podaná oneskorene. Súd po preskúmaní podmienok konania konanie o žalobe podľa § 250d ods. 3 OSP zastavil z dôvodu, že žaloba bola podaná oneskorene a meritórne sa vecou nezaoberal. O náhrade trov konania súd rozhodol podľa § 146 ods. 1 písm. c) O.s.p. s použitím ustanovenia § 246c O.s.p. tak, že žiaden z účastníkov nemá právo na náhradu trov konania, nakoľko konanie vo veci bolo zastavené. Toto rozhodnutie senát Krajského súdu v Bratislave prijal pomerom hlasov 3 : 0 (§ 3 ods. 9 zákona č. 757/2004 Z.z. v znení zákona č. 33/2011 Z.z.) Poučenie: Proti tomuto uzneseniu možno podať odvolanie do 15 dní odo dňa jeho doručenia,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https://www.kauzis.sk/judikatura/r/ECLI:SK:KSBA:2012:1010201076.1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