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5Sd/48/2010 z 22. 5. 2012</w:t>
      </w:r>
    </w:p>
    <w:p>
      <w:r>
        <w:t>Rozsudok Krajského súdu Bratislava z 22. mája 2012, sp. zn. 5Sd/48/2010, ECLI:SK:KSBA:2012:1010201084.4</w:t>
      </w:r>
    </w:p>
    <w:p>
      <w:r>
        <w:t>Súd: Krajský súd Bratislava</w:t>
      </w:r>
    </w:p>
    <w:p>
      <w:r>
        <w:t>Spisová značka: 5Sd/48/2010</w:t>
      </w:r>
    </w:p>
    <w:p>
      <w:r>
        <w:t>ECLI: ECLI:SK:KSBA:2012:1010201084.4</w:t>
      </w:r>
    </w:p>
    <w:p>
      <w:r>
        <w:t>Dátum vydania: 22. 5. 2012</w:t>
      </w:r>
    </w:p>
    <w:p>
      <w:r>
        <w:t>Forma: Rozsudok</w:t>
      </w:r>
    </w:p>
    <w:p>
      <w:r>
        <w:t>Oblasť práva: Správne právo</w:t>
      </w:r>
    </w:p>
    <w:p>
      <w:pPr>
        <w:pStyle w:val="Heading2"/>
      </w:pPr>
      <w:r>
        <w:t>Text rozhodnutia</w:t>
      </w:r>
    </w:p>
    <w:p>
      <w:r>
        <w:t>Súd: Krajský súd Bratislava Spisová značka: 5Sd/48/2010 Identifikačné číslo súdneho spisu: 1010201084 Dátum vydania rozhodnutia: 23. 05. 2012 Meno a priezvisko sudcu, VSÚ: JUDr. Renáta Janáková ECLI: ECLI:SK:KSBA:2012:1010201084.4 ROZSUDOK V MENE SLOVENSKEJ REPUBLIKY Krajský súd v Bratislave, samosudkyňou JUDr. Renátou Janákovou, v právnej veci navrhovateľky: E.É. U., T. XXX XX T., Q. Č.. XX proti odporkyni: Sociálna poisťovňa - ústredie v Bratislave, Ul. 29. augusta č. 8, o invalidný dôchodok, takto r o z h o d o l : Súd rozhodnutie odporkyne č. XXX XXX XXXX zo dňa 29. apríla 2010 p o t v r d z u j e. Účastníkom náhradu trov konania n e p r i z n á v a. o d ô v o d n e n i e : Odporkyňa napadnutým rozhodnutím číslo XXX XXX XXXX zo dňa 29. apríla 2010 podľa § 70 ods. 1, § 293ax a § 82 zak. číslo 461/2003 Z.z. o sociálnom poistení v znení neskorších predpisov priznala navrhovateľke invalidný dôchodok od 1. januára 2010 v sume 100,33 eur mesačne. Rozhodla tak s odôvodnením, že podľa posudku posudkového lekára sociálneho poistenia, pobočky Sociálnej poisťovne Bratislava zo dňa 23. marca 2010 navrhovateľka je invalidná, lebo pre dlhodobo nepriaznivý zdravotný stav má pokles schopnosti vykonávať zárobkovú činnosť o 60 % v porovnaní so zdravou fyzickou osobou. Proti tomuto rozhodnutiu podala navrhovateľka včas opravný prostriedok, pretože lekárska správa, ktorú vystavil posudkový lekár sa nezakladá na pravde, má byť plne invalidná s mierou poklesu schopnosti vykonávať zárobkovú činnosť v porovnaní so zdravou fyzickou osobou 71 %, mala byť hospitalizovaná v roku 2008 a 2009, ktorú však odmietla, preto nesúhlasí s posúdením jej zdravotného stavu. Krajský súd preskúmal napadnuté rozhodnutie podľa § 250l a nasl. O.s.p., návrh navrhovateľky prejednal a dospel k záveru, že návrh nie je dôvodný. Krajský súd vykonal dokazovanie výsluchom navrhovateľky, zástupkyne odporkyne, oboznámením sa s posudkovým spisom odporkyne a s celým spisovým materiálom a zistil tento skutkový stav. Za účelom posúdenia invalidity navrhovateľky na základe jej žiadosti o invalidný dôchodok zo dňa 2. marca 2010 vypracoval prvostupňový posudkový lekár sociálneho poistenia E.. H. T. lekársku správu - posudok dňa 23. marca 2010, v ktorej konštatoval, že navrhovateľka je dlhodobo v liečbe ambulantného psychiatra pre depresívnu poruchu ťažkého stupňa, pretrváva depresia, bezvýchodiskovosť, pesimizmus, neurotická nadstavba, prchavé suiccideácie, bez porúch myslenia a konania. Navrhovateľka bola naposledy hospitalizovaná na psychiatrii v roku 2007, preto zvolil spodnú hranicu rozpätia miery poklesu schopnosti vykonávať zárobkovú činnosť 50 %. Navrhovateľka je v liečbe RHB a neurológa pre bolesti chrbtice, základnú diagnózu depresívna porucha s mierou poklesu schopnosti vykonávať zárobkovú činnosť 50 % navýšil o 10 % pre bolesti chrbtice. Za rozhodujúce zdravotné postihnutie navrhovateľke určil duševné choroby a poruchy správania, - poruchy nálad (manicke, depresívne, periodické), - ťažké formy, (kap. V, položka 3, písmeno b/ prílohy číslo 4 zákona číslo 461/203 Z.z. o sociálnom poistení), mieru poklesu schopnosti vykonávať zárobkovú činnosť navrhovateľovi stanovil na 50 %, percentuálnu mieru pre iné zdravotné postihnutie- choroby podporného a pohybového aparátu, - dorzopatia, deformujúca dorzopartia a spondylopatia, - degeneratívne zmeny na chrbtici a medzistavcových platnička, - s miernym funkčným postihnutím (kap. XV, odd. E, položka 3, písmeno b/ prílohy číslo 4 zákona číslo 461/203 Z.z. o sociálnom poistení) navýšil o 10 %. Posudkový lekár stanovil, že navrhovateľka je invalidná podľa § 71 ods. 1 zákona číslo 461/2003 Z.z. o sociálnom poistení v znení neskorších predpisov, lebo pre dlhodobo nepriaznivý zdravotný stav nemá pokles schopnosti vykonávať zárobkovú činnosť o viac ako 40 % v porovnaní so zdravou fyzickou osobou, navrhovateľka je invalidná s mierou poklesu schopnosti vykonávať zárobkovú činnosť 60 % od 1. januára 2010. Za účelom posúdenia invalidity navrhovateľky na základe konania o jej opravnom prostriedku proti rozhodnutiu odporkyne vypracoval druhostupňový posudkový lekár sociálneho poistenia E.. C. P. lekársku správu - posudok dňa 16. novembra 2010 v ktorej konštatovala, že navrhovateľka je uznaná invalidnou s mierou poklesu schopnosti vykonávať zárobkovú činnosť 60 %, od 1. januára 2010. Posudková lekárka skonštatovala, že zdravotný stav navrhovateľky spĺňa posudkové kritériá na uznanie invalidity s mierou poklesu schopnosti vykonávať zárobkovú činnosť 60 % od 1. januára 2010. Rozhodujúcim zdravotným postihnutím je zmiešaná porucha osobnosti - hysterická a emočná nestabilita v popredí s dominantnou zložkou pod obrazom recidivujúcej depresie, iným zdravotných postihnutím sú bolesti chrbtice - dorzalgie na podklade degeneratívnych zmien, primeraných veku a menopauze, mierneho stupňa, osteoporóza nebola potvrdená, len osteopónia, vápnikovo-fosforový metabolizmus je v norme. Napriek údaju E.. Š. - psychiatra zo dňa 20. novembra 2008 o tom, že pacientka je cca 14 rokov psychiatricky liečená, sa nikde v jej zdravotnej dokumentácii o tomto nenachádza žiadny doklad. Prvý psychiatrický nález je z hospitalizácie na psychiatrickom oddelení vo M. F. J. H. T., I., od 12. októbra 2007 do 29. októbra 2007, v texte sa uvádza, že bola odoslaná ambulantným psychiatrom ako depresívna dekompenzácia abnormne štruktúrovanej osobnosti. Bola preliečená ako anxiózne depresívny syndróm, ktorý v liečbe odoznel. Aj primárom E.. U. bola hodnotená ako emotívne stabilizovaná, prepustená na vlastnú žiadosť do ambulantnej starostlivosti. Na to bola až 13. mája 2008 vyšetrená E.. Š., ktorý stav hodnotil ako stredne ťažká depresívna porucha so somatickými príznakmi a emočnej nestabilná (pitiatická) porucha osobnosti. V psychiatrickom náleze zo dňa 20. novembra 2008 E.. Š. hovorí o pretrvávajúcej zlej finančenj situácii a bez toho, aby v symptomatológii popísal akékoľvek psychické príznaky stav hodnotil ako ťažká depresívna porucha. Rovnaké závery dáva aj v nálezoch zo dňa 27. mája 2009 a 22. júna 2009 bez toho, aby v tomto čase riešil stav predtým úspešnou hospitalizáciou. Z celej dokumentácie vyplýva, že navrhovateľka ktorá sa roky neúspešne uchádzala o invalidný dôchodok pre rôzne somatické - telesné ťažkosti, vyhľadala psychiatrickú pomoc evidentne účelovo čím sa napokon ani sama netají. Dostupná dokumentácia potvrdzuje poruchu osobnosti, teda nestabilnú osobnosť s pitiatickými rysmi, kde jej reaktivity - hysterické správanie bolo zachytené aj na zasadaní posudkovej komisie dňa 24. septembra 2008, na Sociálnej poisťovni - ústredie v Bratislave. Posudková lekárka spochybnila manifestáciu ťažkej depresívne poruchy pred dátumom hospitalizácie v roku 2007, a pokiaľ sa táto aj manifestovala, nemohla dosiahnuť ťažší stupeň čo okrem nálezov dokumentuje aj jej neúnavná energia a aktivita v spisovaní odvolaní, sťažnosti atď. Priklonila sa teda k diagnóze záveru primárnej poruchy osobnosti s jej pitiackými reaktivitami v rámci ktorých môže účelovo imitovať aj obraz depresie. Posledný psychiatrický nález je zo dňa 1. februára 2010, v ktorom psychiater E.. Š. záveruje daný stav ako ťažká depresívna porucha u emočne nestabilnej pitiatickej hysterickej osobnosti, doporučuje prejednanie v PKSZ čo bude jediným terapeutickým opatrením, pretože pacientka bude v budúcnosti neustále pertraktovať nové a nové problémy v telesnej a psychickej sfére. Pridružené sekundárne ochorenia zlatá žila, alergia na peľ, prach, trávy, chronický tráviaci syndróm, chronický zápal sliznice žalúdka a vredová choroba žalúdka v minulosti sú posudkovo bezvýznamné. Za rozhodujúce zdravotné postihnutie navrhovateľke určila duševné choroby a poruchy správania, - poruchy nálad, depresívne, periodické, ťažšie formy, F 33 (kap. V, položka 3b, prílohy číslo 4 zákona číslo 461/2003 Z.z. o sociálnom poistení), mieru poklesu schopnosti vykonávať zárobkovú činnosť stanovila na 50 % a za iné zdravotné postihnutie: choroby podporného a pohybového aparátu, - dorzopatia, deformujúca dorzopatia a spondylopatia, - degenertívne zmeny na chrbtici a medzistavcových platničkách s miernym funkčným postihnutím, M 54 (kap. XV, odd. E, položka 3b, prílohy číslo 4 zákona číslo 461/2003 Z.z. o sociálnom poistení), percentuálnu mieru navýšila o 10 %. Posudková lekárka stanovila, že navrhovateľka je invalidná podľa § 71 ods. 1 zákona číslo 461/2003 Z.z. o sociálnom poistení, lebo pre dlhodobo nepriaznivý zdravotný stav má pokles schopnosti vykonávať zárobkovú činnosť o viac ako 40 % v porovnaní so zdravou fyzickou osobou, miera poklesu schopnosti vykonávať zárobkovú činnosť je 60 % a invalidita vznikla 1. januára 2010. Po predložení ďalších lekárskych správ navrhovateľkou, pretože nesúhlasila s posúdením jej zdravotného stavu, posudkový lekár sociálneho poistenia E.. C. P. v prítomnosti E.. C. U., B.. so špecializáciou v odbore psychiatria, vypracovala ďalšiu lekársku správu - posudok dňa 6. apríla 2011 v ktorej uviedla, že napriek predloženým lekárskym vyšetreniam (gastroenterologické vyšetrenie dňa 22. septembra 2010 a 21. októbra 2010, neurologické vyšetrenie od 28. júla do 6. augusta 2010, rehabilitačné vyšetrenie dňa 19. augusta 2010, 13. septembra 2010, imuno-alergologické vyšetrenie dňa 2. septembra 2010, 20. mája 2010, psychiatrické vyšetrenie dňa 22. júna 2009 a 27. mája 2009, neurologické vyšetrenie dňa 10. septembra 2010, reumatologické vyšetrenie dňa 31. augusta 2010 a 13. októbra 2010), väčšina z nich je neaktuálna a boli už v minulosti posudkovo vyhodnotené, takisto pri zohľadnení nových lekárskych vyšetrení, ktoré predložila z posudkového hľadiska najmä psychiatrického konštatovala, že zdravotný stav navrhovateľky spĺňa posudkové kritériá na uznanie invalidity naďalej s mierou poklesu schopnosti vykonávať zárobkovú činnosť 60 %. Za rozhodujúce zdravotné postihnutie navrhovateľke určila duševné choroby a poruchy správania, - poruchy nálad, depresívne, periodické, ťažšie formy, F 33 (kap. V, položka 3b, prílohy číslo 4 zákona číslo 461/2003 Z.z. o sociálnom poistení), mieru poklesu schopnosti vykonávať zárobkovú činnosť stanovila na 50 % a pre iné zdravotné postihnutie: choroby podporného a pohybového aparátu, - dorzopatia, deformujúca dorzopatia a spondylopatia, - degenertívne zmeny na chrbtici a medzistavcových platničkách s miernym funkčným postihnutím, M 54 (kap. XV, odd. E, položka 3b, prílohy číslo 4 zákona číslo 461/2003 Z.z. o sociálnom poistení), percentuálnu mieru navýšila o 10 %. Posudková lekárka stanovila, že navrhovateľka je invalidná podľa § 71 ods. 1 zákona číslo 461/2003 Z.z. o sociálnom poistení, lebo pre dlhodobo nepriaznivý zdravotný stav má pokles schopnosti vykonávať zárobkovú činnosť o viac ako 40 % v porovnaní so zdravou fyzickou osobou, miera poklesu schopnosti vykonávať zárobkovú činnosť je 60 % a invalidita vznikla 1. januára 2010. Po predložení ďalších lekárskych správ navrhovateľkou, pretože nesúhlasila s posúdením jej zdravotného stavu, posudkový lekár sociálneho poistenia E.. C. P.Á. v prítomnosti E.. C. U.R., B.. so špecializáciou v odbore psychiatria, vypracovala ďalšiu lekársku správu dňa 14. júna 2011 v ktorej v písomnom stanovisku uviedla, že psychiatrické vyšetrenie zo dňa 14. apríla 2011, záver: F 60, prepúšťacia správa z psychiatrického oddelenia od 17. marca do 21. marca 2011, záver: emočne nestabilná porucha osobnosti, dekompenzovaná, zmiešaná porucha emócií a chovania a psychiatrické vyšetrenie zo dňa 6. júla 2010 a z 18. novembra 2010, boli posudkovo vyhodnotené dňa 6. apríla 2011. Posudková lekárka súčasne uviedla, že nevznikli žiadne dôvody k zmene posúdenia zdravotného stavu pacientky. Nie je aktuálna zmena miery poklesu schopnosti vykonávať zárobkovú činnosť, správa lekára z centrálneho príjmu E.. U. popisuje typické hysterické produkcie, psychiater E.. U. pri vyšetrení v ten istý deň konštatuje tiež len poruchu osobnosti (F 60.3) a správa z hospitalizácie popisuje jej nový konflikt s bývalým manželom a pri hospitalizácii neboli zistené žiadne psychotické prejavy a ani známky klinicky významnejšej depresie, diagnosticky hodnotená ako emočne nestabilná porucha osobnosti (F 60.3) a zmiešaná porucha emócii a chovania(F 43.2), čo je zaradené medzi tzv. neurotické poruchy a sama navrhovateľka na piaty deň požiadala o prepustenie na vlastnú žiadosť, čo tiež umožňuje vylúčiť ťažšiu depresiu, preto nie je aktuálna zmena miery poklesu schopnosti vykonávať zárobkovú činnosť v percentách. Uznanie invalidity s mierou poklesu schopnosti vykonávať zárobkovú činnosť 60 % od 1. januára 2010 je maximálne priaznivým ohodnotením jej zdravotného stavu. Po predložení ďalších lekárskych správ navrhovateľkou, pretože nesúhlasila s posúdením jej zdravotného stavu, posudkový lekár sociálneho poistenia E.. C. P.Á. v prítomnosti E.. C. U.P., B.. so špecializáciou v odbore psychiatria, vypracovala ďalšiu lekársku správu - posudok dňa 6. marca 2012 v ktorom posudková lekárka uviedla, že po preštudovaní doložených odborných nálezov, ide o chronické bolesti chrbtice, neurologický nález je bez známok útlaku a dráždenia nervových koreňov. Jej psychický stav sa premieta do bolesti chrbtice a kĺbov aj do funkčného dyspeptického syndrómu. Navrhovateľka sa lieči už 15 rokov na psychiatrické ochorenie u C.. Š., ktorý ju lieči neúspešne pre ťažkú depresiu, a ak to nie je dobrá diagnóza, bude musieť na neho podať trestné oznámenie. Aby túto diagnózu nechala preveriť, bola teraz 2x u E.. J., ktorá ju aktuálne posiela do nemocnice. Podľa tvrdenia navrhovateľky nemocnicu neznáša, mala tam konflikt, potom ju nechal C.. Š. liečiť jej sestrou. Objektívne udávaná aj psychiatrami potvrdzovaná diagnóza depresie nemá endogénny charakter a postráda tiež psychotické prejavy, chýba diurnálna a sezónna fluktuácia, popisované subjektívne prejavy sú vágne, suicidálne vyhrážky aj anamnesticky udané tentamina majú demonštratívny charakter. Je tu disponovaná osobnosť s pithiatickými rysmi, jej prejavy dekompenzácie sýti pretrvávajúci fonflikt s exmanželom plus somatogénne ťažkosti hypersenzitívne prežívané. Diagnosticky posudková lekárka konštatuje depresívnu poruchu bez psychotických prejavov prevažne neurotického charakteru. Pre rozhodujúce zdravotné postihnutie - pre depresiu prevažne neurotického charakteru bez psychotických prejavov stredne ťažká forma, zvolená dolná hranica percentuálneho rozpätia v danej položke a to miera poklesu schopnosti vykonávať zárobkovú činnosť - 50 % a pre iné zdravotné postihnutie zvyšujeme percentuálnu mieru o 10 %. Rozhodujúce zdravotné postihnutie u navrhovateľky sú duševné choroby a poruchy správania, - poruchy nálad, depresívne, periodické, ťažšie formy, (kap. V, položka 3b, prílohy číslo 4 zákona číslo 461/2003 Z.z. o sociálnom poistení), mieru poklesu schopnosti vykonávať zárobkovú činnosť stanovila na 50 %, ktorú navýšila pre iné zdravotné postihnutie: Dyspeptický syndróm funkčný, bolesť chrbta - dorzalgia, osteoartróza drobných kĺbov rúk, osteopénia, alergia na peľ a prach, alergická nádcha. Posudková lekárka určila, že navrhovateľka je invalidná podľa § 71 ods. 1 zák. č. 461/2003 Z.z. o sociálnom poistení lebo pre dlhodobo nepriaznivý zdravotný stav má pokles schopnosti vykonávať zárobkovú činnosť o viac ako 40 % v porovnaní so zdravou fyzickou osobou. Miera poklesu schopnosti vykonávať zárobkovú činnosť - 60 %. Navrhovateľka na pojednávaní uviedla, že aj napriek opakovanému posúdeniu jej zdravotného stavu posudkovým lekárom nesúhlasí s určenou mierou poklesu schopnosti vykonávať zárobkovú činnosť, pretože jej zdravotný stav nie je dobrý, cíti sa byť chorá a posudkový lekár nezobral do úvahy ide jej psychiatrické ochorenie - ťažkú depresívnu poruchu. Zástupca odporkyne prítomný na pojednávaní žiadal napadnuté rozhodnutie odporkyne ako vecne správne potvrdiť, vzhľadom na zhodné posudkové závery posudkových lekárov. Krajský súd preskúmal napadnuté rozhodnutie odporkyne i konanie ktoré mu predchádzalo (§ 250l a nasl. O.s.p.) a dospel k záveru, že opravnému prostriedku navrhovateľky nemožno vyhovieť. Podľa § 70 ods. 1 zákona č. 461/2003 Z.z. o sociálnom poistení v znení zákona. č. 439/2004 Z.z.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citovaného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citovaného zákona jednotlivé percentuálne miery poklesu schopnosti vykonávať zárobkovú činnosť sa nesčítavajú. Podľa § 71 ods. 8 citovaného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3 zákona číslo 461/2003 Z.z., lekárska posudková činnosť dôchodkového poistenia zahŕňa posudzovanie dlhodobo nepriaznivého zdravotného stavu a poklesu schopnosti vykonávať zárobkovú činnosť. Podľa § 153 ods. 5 zákona číslo 461/2003 Z.z., lekársku posudkovú činnosť podľa odseku 1 &lt;aspi:// module='ASPI'&amp;link='461/2003%20Z.z.%2523153'&amp;ucin-k-dni='30.12.9999'&gt; vykonáva posudkový lekár sociálneho poistenia príslušnej pobočky a posudkový lekár sociálneho poistenia ústredia (ďalej len "posudkový lekár") a podľa odseku 2 písm. b) &lt;aspi://module='ASPI'&amp;link='461/2003%20Z.z. %2523153'&amp;ucin-k-dni='30.12.9999'&gt; aj určený zamestnanec Sociálnej poisťovne za osobnej účasti poistenca alebo poškodeného. Navrhovateľka v priebehu konania súdu nepredložila žiadny odborný lekársky nález, ktorý by diagnosticky hodnotil jej zdravotný stav rozdielne od hodnotenia stavu prvostupňovým a druhostupňovým posudkovým lekárom a ktorým by zvrátila hodnotenie jej zdravotného stavu posudkovými lekármi, v označenej lekárskej správe zo dňa 23. marca 2010, zo dňa 16. novembra 2010, zo dňa 6. apríla 2011, zo dňa 14. júna 2011, zo dňa 6. marca 2012, z ktorého súd pri rozhodovaní vychádzal. Navrhovateľka nesúhlasila s posúdením svojho zdravotného stavu posudkovým lekárom odporkyne, ktorý podľa jej tvrdení spochybnil posudky odborných lekárov. Lekársku posudkovú činnosť dôchodkového poistenia, teda posudzovanie dlhodobo nepriaznivého zdravotného stavu a poklesu schopnosti vykonávať zárobkovú činnosť zákon číslo 461/2003 Z.z. o sociálnom poistení zveril v zmysle ustanovenia § 153 posudkovému lekárovi sociálneho poistenia príslučnej pobočky resp. ústredia. Odporkyňa teda nepochybila, keď o nároku navrhovateľky rozhodla na základe posúdenia jej dlhodobo nepriaznivého zdravotného stavu posudkovým lekárom sociálneho poistenia v prítomnosti E.. C. U., B.. so špecializáciou v odbore psychiatria, ktorý navrhovateľke stanovil mieru poklesu schopnosti vykonávať zárobkovú činnosť v porovnaní so zdravou fyzickou osobou na 60 %. Posudkoví lekári sociálneho poistenia Sociálnej poisťovne vo svojich vyššie uvedených posudkoch zohľadnili a riadne posúdili všetky navrhovateľkou uvádzané ťažkosti, vysporiadali sa so všetkými lekárskymi nálezmi predloženými navrhovateľkou a ochoreniami, ktoré navrhovateľka deklarovala v lekárskych správach a nálezoch, ktoré boli uvedené v diagnostickom závere príslušných vyšetrení a dospeli k názoru, že zdravotný stav navrhovateľky spĺňa zdravotné podmienky na priznanie invalidity podľa § 71 ods. 1 zákona číslo 461/2003 Z.z. o sociálnom poistení, keďže navrhovateľke stanovili mieru poklesu schopnosti vykonávať zárobkovú činnosť v percentách na 60 % v porovnaní so zdravou fyzickou osobou. Súd nezistil rozpor medzi diagnostickým záverom uvedeným v lekárskych správach a nálezoch a lekárskym posudkom posudkového lekára sociálneho poistenia. Zistenia posudkových lekárov neboli spochybnené ani v súdnom konaní. Závery posudkových lekárov sú odborné, presvedčivé, náležite zdôvodnené a súd nezistil rozpor medzi ich závermi a zisteným skutočným stavom. Podľa § 250q ods. 2 O.s.p. o opravnom prostriedku rozhodne súd rozsudkom, ktorým preskúmané rozhodnutie buď potvrdí, alebo ho zruší a vráti na ďalšie konanie. ustanovenie § 250j ods. 5 platí obdobne. Súd po preskúmaní napadnutého rozhodnutia i konania, ktoré mu predchádzalo, dospel k záveru, že uznaná miera poklesu schopnosti navrhovateľky vykonávať zárobkovú činnosť je určená mierou zodpovedajúcou zákonu, preto z uvedených dôvodov napadnuté rozhodnutie odporkyne číslo XXX XXX XXXX zo dňa 29. apríla 2010 ako vecne správne podľa ust. § 250q ods. 2 O.s.p. potvrdil. V prípade, že sa zdravotný stav navrhovateľky zmení, navrhovateľka môže novou žiadosťou požiadať o zvýšenie invalidného dôchodku. O trovách konania súd rozhodol podľa § 250k ods. 1 v spojení s § 250l ods. 2 O.s.p. Navrhovateľka nebol v konaní úspešný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https://www.kauzis.sk/judikatura/r/ECLI:SK:KSBA:2012:1010201084.4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