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8Sd/54/2010 z 8. 7. 2012</w:t>
      </w:r>
    </w:p>
    <w:p>
      <w:r>
        <w:t>Uznesenie Krajského súdu Bratislava z 8. júla 2012, sp. zn. 8Sd/54/2010, ECLI:SK:KSBA:2012:1010201163.3</w:t>
      </w:r>
    </w:p>
    <w:p>
      <w:r>
        <w:t>Súd: Krajský súd Bratislava</w:t>
      </w:r>
    </w:p>
    <w:p>
      <w:r>
        <w:t>Spisová značka: 8Sd/54/2010</w:t>
      </w:r>
    </w:p>
    <w:p>
      <w:r>
        <w:t>ECLI: ECLI:SK:KSBA:2012:1010201163.3</w:t>
      </w:r>
    </w:p>
    <w:p>
      <w:r>
        <w:t>Dátum vydania: 8.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8Sd/54/2010 Identifikačné číslo súdneho spisu: 1010201163 Dátum vydania rozhodnutia: 09. 07. 2012 Meno a priezvisko sudcu, VSÚ: JUDr. Peter Pospech ECLI: ECLI:SK:KSBA:2012:1010201163.3 Uznesenie Krajský súd v Bratislave, pred samosudcom R.. T. T., v právnej veci navrhovateľa: K.. K. L. I. N. Í. V., W. XX.X.XXXX, M. Č.. XX, XXX XX F., proti odporkyni: Sociálna poisťovňa - ústredie, Ul. 29. augusta č. 8, Bratislava, v spore o starobný dôchodok - vo veci opravy rozsudku Krajského súdu v Bratislave č. k. XSd XX/XXXX A. H. XX.X.XXXX, takto r o z h o d o l : Krajský súd v Bratislave v rozsudku č. k. XSd XX/XXXX zo dňa XX.X.XXXX opravuje záhlavie predmetného rozhodnutia tak, že správne má znieť takto: „Krajský súd v Bratislave pred samosudcom JUDr. Petrom Pospechom, v právnej veci navrhovateľa: K.. K. L., W.. XX.X.XXXX, F. M. Č.. XX, XXX XX F., proti odporkyni: Sociálna poisťovňa - ústredie Bratislava, Ul. 29. augusta č. 8, Bratislava, v spore o starobný dôchodok....“ o d ô v o d n e n i e : V záhlaví rozhodnutia konajúceho súdu pod č. k. XSd XX/XXXX zo dňa XX.X.XXXX došlo k zrejmej nesprávnosti v uvedení mena právnej zástupkyne navrhovateľa, R.. K. Š., E., A. Z. Č.. X, XXX XX F.E.. Z čísla listu 47 spisového materiálu - oznámenie ukončenia zastupovania a z čísla listu 49 - Zápisnica o pojednávaní je zrejmé, že táto advokátka zastupovanie navrhovateľa ukončila ešte pred rozhodnutím vo veci samej. Podľa § 164 O.s.p. súd kedykoľvek aj bez návrhu opraví v rozsudku chyby v písaní a počítaní ako aj iné zrejmé nesprávnosti. O návrhu na opravu súd rozhodne do 30 dní od jeho podania. O oprave vydá opravné uznesenie, ktoré doručí účastníkom konania, pričom môže odložiť vykonateľnosť rozsudku na čas, kým opravné uznesenie nenadobudne právoplatnosť. Vzhľadom na vyššie uvedenú nesprávnosť súd opravil záhlavie predmetného rozsudku, v znení tak ako je uvedené vo výrokovej časti tohto uznesenia postupom podľa § 164 O.s.p. Poučenie: Proti tomuto uzneseniu j e možné podať odvolanie do 15 dní od jeho doručenia na Krajský súd v Bratislave, písomne, dvojmo.</w:t>
      </w:r>
    </w:p>
    <w:p/>
    <w:p>
      <w:r>
        <w:t>Zdroj: KAUZIS.SK – https://www.kauzis.sk/judikatura/r/ECLI:SK:KSBA:2012:1010201163.3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