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2S/248/2010 z 6. 3. 2012</w:t>
      </w:r>
    </w:p>
    <w:p>
      <w:r>
        <w:t>Uznesenie Krajského súdu Bratislava z 6. marca 2012, sp. zn. 2S/248/2010, ECLI:SK:KSBA:2012:1010201188.1</w:t>
      </w:r>
    </w:p>
    <w:p>
      <w:r>
        <w:t>Súd: Krajský súd Bratislava</w:t>
      </w:r>
    </w:p>
    <w:p>
      <w:r>
        <w:t>Spisová značka: 2S/248/2010</w:t>
      </w:r>
    </w:p>
    <w:p>
      <w:r>
        <w:t>ECLI: ECLI:SK:KSBA:2012:1010201188.1</w:t>
      </w:r>
    </w:p>
    <w:p>
      <w:r>
        <w:t>Dátum vydania: 6. 3. 2012</w:t>
      </w:r>
    </w:p>
    <w:p>
      <w:r>
        <w:t>Forma: Uznesenie</w:t>
      </w:r>
    </w:p>
    <w:p>
      <w:pPr>
        <w:pStyle w:val="Heading2"/>
      </w:pPr>
      <w:r>
        <w:t>Text rozhodnutia</w:t>
      </w:r>
    </w:p>
    <w:p>
      <w:r>
        <w:t>Súd: Krajský súd Bratislava Spisová značka: 2S/248/2010 Identifikačné číslo súdneho spisu: 1010201188 Dátum vydania rozhodnutia: 07. 03. 2012 Meno a priezvisko sudcu, VSÚ: JUDr. Vlastimil Pavlikovský ECLI: ECLI:SK:KSBA:2012:1010201188.1 Uznesenie Krajský súd v Bratislave v právnej veci žalobcu: C. B., nar. XX.XX.XXXX, ul. P. O. W. XXX/XX, C., proti žalovanému: Sociálna poisťovňa, ústredie, ul. 29. augusta 8, Bratislava, o preskúmanie zákonnosti rozhodnutia Sociálnej poisťovne, pobočky Levice, č. 200-152-4002/2003-1 zo dňa 09.05.2003, jednohlasne, takto r o z h o d o l : Krajský súd v Bratislave konanie z a s t a v u j e . Žiaden z účastníkov nemá právo na náhradu trov konania. o d ô v o d n e n i e : Žalobou doručenou súdu dňa 07.05. 2010 sa žalobca domáhal zrušenia rozhodnutia Sociálnej poisťovne, pobočky Levice, č. 200-152-4002/2003-1 zo dňa 09.05.2003, ktorým mu bola uložená povinnosť vrátiť preplatok na nemocenskom za obdobie od 07.09.2002 do 16.09.2002 v sume 1.890,- Sk. Z obsahu pripojeného administratívneho spisu žalovaného súd zistil, že žalobou napadnuté rozhodnutie bolo žalobcovi doručené dňa 18.05.2003. Žalobca proti tomuto rozhodnutiu nepodal opravný prostriedok. Podľa § 250b ods. 1 O.s.p. žaloba sa musí podať do dvoch mesiacov od doručenia rozhodnutia správneho orgánu v poslednom stupni, pokiaľ osobitý zákon neustanovuje inak. Zmeškanie lehoty nemožno odpustiť.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2 O.s.p. lehota je zachovaná, ak sa posledný deň lehoty urobí úkon na súde alebo podanie odovzdá orgánu, ktorý má povinnosť ho doručiť.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hore uvedených skutočností bolo zrejmé, že žalobca nedodržal lehotu stanovenú § 250b ods. 1 O.s.p. na podanie žaloby, podal ju oneskorene takmer o 7 rokov po doručení napadnutého rozhodnutia a preto súd konanie v súlade s § 250d ods. 3 O.s.p. zastavil. Zároveň súd upozorňuje na to, že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Predpokladom postupu súdu podľa druhej hlavy piatej časti OSP (rozhodovanie o žalobách proti rozhodnutiam a postupom správnych orgánov) je, aby pri rozhodnutí správneho orgánu vydaného v správnom konaní išlo o rozhodnutie, ktoré po vyčerpaní riadnych opravných prostriedkov, ktoré sa preň pripúšťajú, nadobudlo právoplatnosť (§ 247 ods. 2 OSP). Podľa § 250d ods. 3 OSP súd uznesením konanie zastaví aj dôvodu, že žaloba smeruje proti rozhodnutiu, ktoré nemôže byť predmetom preskúmavania súdom. Súd poukazuje na skutočnosť, že žalobcovi bolo predmetné rozhodnutie doručované do vlastných rúk a to tak, že bezvýsledný pokus o doručenie sa uskutočnil dňa 14.03.2003 a tiež dňa 15.03.2003 s následným uložením predmetnej zásielky u doručovateľa v tento deň. Žalovanému sa doručovaná písomnosť vrátila s označením ,,adresát si zásielku neprevzal v odbernej lehote“. Ak si adresát písomnosti nevyzdvihne písomnosť do troch dní od uloženia, posledný deň tejto lehoty sa považuje za deň doručenia (fikcia doručenia). Námietka žalobcu, že bolo nesprávne uvedené jeho meno s chýbajúcim „h“ na konci prezviska, pred súdom neobstojí, pretože z listín, rozhodnutia, ako i z obálky s doručovaným prvostupňovým rozhodnutím nad všetky pochybnosti vyplýva, že sa jedná o žalobcu. Z uvedeného vyplýva, že návrh žalobcu na preskúmanie zákonnosti rozhodnutia smeruje proti prvostupňovému rozhodnutiu správneho orgánu, teda v danom prípade absentuje využitie riadneho opravného prostriedku. Preto súd konštatoval, že oneskorene podaná žaloba smeruje proti rozhodnutiu, ktoré nemôže byť predmetom preskúmania súdom (ide o nespôsobilý predmet prieskumu). Z uvedených dôvodov konanie v zmysle § 250d ods. 3 OSP zastavil. O náhrade trov konania rozhodol súd v zmysle § 146 ods. 1 písm. c/ OSP tak, že žiaden z účastníkov nemá právo na náhradu trov odvolacieho konania podľa jeho výsledku, ak bolo konanie zastavené. Poučenie: Proti tomuto uzneseniu možno podať odvolanie do 15 dní odo dňa jeho doručenia na Najvyšší súd Slovenskej republiky prostredníctvom Krajského súdu v Bratislave, písomne v troch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https://www.kauzis.sk/judikatura/r/ECLI:SK:KSBA:2012:1010201188.1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