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8Sd/56/2010 z 18. 6. 2012</w:t>
      </w:r>
    </w:p>
    <w:p>
      <w:r>
        <w:t>Uznesenie Krajského súdu Bratislava z 18. júna 2012, sp. zn. 8Sd/56/2010, ECLI:SK:KSBA:2012:1010201211.2</w:t>
      </w:r>
    </w:p>
    <w:p>
      <w:r>
        <w:t>Súd: Krajský súd Bratislava</w:t>
      </w:r>
    </w:p>
    <w:p>
      <w:r>
        <w:t>Spisová značka: 8Sd/56/2010</w:t>
      </w:r>
    </w:p>
    <w:p>
      <w:r>
        <w:t>ECLI: ECLI:SK:KSBA:2012:1010201211.2</w:t>
      </w:r>
    </w:p>
    <w:p>
      <w:r>
        <w:t>Dátum vydania: 18.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8Sd/56/2010 Identifikačné číslo súdneho spisu: 1010201211 Dátum vydania rozhodnutia: 19. 06. 2012 Meno a priezvisko sudcu, VSÚ: JUDr. Peter Pospech ECLI: ECLI:SK:KSBA:2012:1010201211.2</w:t>
      </w:r>
    </w:p>
    <w:p>
      <w:r>
        <w:t>Uznesenie Krajský súd v Bratislave v právnej veci navrhovateľky: Z. O., bytom C. XX, XXX XX N., proti odporkyni: Sociálna poisťovňa ústredie, Ul. 29. augusta 8, Bratislava o invalidný dôchodok takto</w:t>
      </w:r>
    </w:p>
    <w:p>
      <w:r>
        <w:t>r o z h o d o l :</w:t>
      </w:r>
    </w:p>
    <w:p>
      <w:r>
        <w:t>Súd konanie z a s t a v u j 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22.3.2010 žiadala preskúmať rozhodnutie odporkyne číslo XXX XXX XXXX X zo dňa 9.3.2010, ktorým odporkyňa zamietla žiadosť navrhovateľky invalidný dôchodok.</w:t>
      </w:r>
    </w:p>
    <w:p>
      <w:r>
        <w:t>Písomným prehlásením došlým súdu dňa 14.5.2012 navrhovateľka vzala späť návrh v celom rozsahu a žiadala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§146 ods. 1 písm. c/ O.s.p.</w:t>
      </w:r>
    </w:p>
    <w:p>
      <w:r>
        <w:t>Poučenie:</w:t>
      </w:r>
    </w:p>
    <w:p>
      <w:r>
        <w:t>Proti tomuto uzneseniu je možné podať odvolanie v lehote 15 dní od jeho doručenia na Krajský súd v Bratislave, písomne, dvojmo.</w:t>
      </w:r>
    </w:p>
    <w:p/>
    <w:p>
      <w:r>
        <w:t>Zdroj: KAUZIS.SK – https://www.kauzis.sk/judikatura/r/ECLI:SK:KSBA:2012:1010201211.2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