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Bratislava sp. zn. 3S/225/2010 z 22. 4. 2012</w:t>
      </w:r>
    </w:p>
    <w:p>
      <w:r>
        <w:t>Opravné uznesenie Krajského súdu Bratislava z 22. apríla 2012, sp. zn. 3S/225/2010, ECLI:SK:KSBA:2012:1010201233.2</w:t>
      </w:r>
    </w:p>
    <w:p>
      <w:r>
        <w:t>Súd: Krajský súd Bratislava</w:t>
      </w:r>
    </w:p>
    <w:p>
      <w:r>
        <w:t>Spisová značka: 3S/225/2010</w:t>
      </w:r>
    </w:p>
    <w:p>
      <w:r>
        <w:t>ECLI: ECLI:SK:KSBA:2012:1010201233.2</w:t>
      </w:r>
    </w:p>
    <w:p>
      <w:r>
        <w:t>Dátum vydania: 22. 4. 2012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Krajský súd Bratislava Spisová značka: 3S/225/2010 Identifikačné číslo súdneho spisu: 1010201233 Dátum vydania rozhodnutia: 23. 04. 2012 Meno a priezvisko sudcu, VSÚ: Mgr. Helena Marcinkechová ECLI: ECLI:SK:KSBA:2012:1010201233.2 Opravné uznesenie Krajský súd v Bratislave v právnej veci žalobcu: Krajská prokuratúra Bratislava, Vajnorská 47, 812 56 Bratislava, proti žalovanému: Úrad pre normalizáciu, metrológiu a skúšobníctvo SR, Štefanovičova 3, P.O.BOX 76, 810 05 Bratislava, o preskúmanie zákonnosti rozhodnutia žalovaného č. 2009/300/006461/02118 zo dňa 22.9.2009, takto r o z h o d o l : Súd o p r a v u j e prvú vetu výroku rozsudku č.k. 3S 225/2010-54 zo dňa 17.01.2012 tak, že správne znie: Krajský súd v Bratislave napadnuté rozhodnutie žalovaného č. 2009/300/006461/02118 zo dňa 22.09.2009 z r u š u j e podľa § 250j ods. 2 písm. a) O.s.p. a vec vracia žalovanému na ďalšie konanie. Súd o p r a v u j e dátum vyhlásenia rozsudku č.k. 3S 225/2010-54 tak, že správny dátum vyhlásenia rozsudku je 17.01.2012. o d ô v o d n e n i e : Pri písomnom vyhotovení rozsudku Krajského súdu v Bratislave č. k. 3S/225/2010-54 zo dňa 17.01.2012 došlo k pisárskej chybe, keď bolo v prvej vete výroku rozsudku uvedené, že Krajský súd v Bratislave napadnuté rozhodnutie žalovaného č. 2009/300/006461/02118 zo dňa 22.09.2009 zrušuje podľa § 250j ods. 2 písm. d) O.s.p. a vec vracia žalovanému na ďalšie konanie a ako dátum vyhlásenia rozsudku uvedený deň 17.01.2011. Prvá veta výroku rozsudku č. k. 3S/225/2010-54 správne znie tak, že Krajský súd v Bratislave napadnuté rozhodnutie žalovaného č. 2009/300/006461/02118 zo dňa 22.09.2009 zrušuje podľa § 250j ods. 2 písm. a) O.s.p. a vec vracia žalovanému na ďalšie konanie. Takémuto zneniu výroku zodpovedá aj odôvodnenie rozsudku. Tento rozsudok bol vyhlásený dňa 17.01.2012. Podľa § 164 O. s. p. súd kedykoľvek aj bez návrhu opraví v rozsudku chyby v písaní a počítaní, ako aj iné zrejmé nesprávnosti. O oprave vydá opravné uznesenie, ktoré doručí účastníkom. Pritom môže odložiť vykonateľnosť rozsudku na čas, kým opravné uznesenie nenadobudne právoplatnosť. Súd v súlade s vyššie uvedenými skutočnosťami svoje rozhodnutie opravil. Poučenie: Proti tomuto rozhodnutiu možno podať odvolanie do 15 dní odo dňa doručenia prostredníctvom podpísaného súdu na Najvyšší súd SR písomne v dvoch vyhotoveniach. Odvolaniu podanému proti rozhodnutiu, ktoré vydal súdny úradník, môže v celom rozsahu vyhovieť sudca, ktorého rozhodnutie sa považuje za rozhodnutie súdu prvého stupňa; ak sudca odvolaniu nevyhovie, predloží vec na rozhodnutie odvolaciemu súdu. V odvolaní sa má popri všeobecných náležitostiach (§ 42 ods. 3 O.s.p. 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https://www.kauzis.sk/judikatura/r/ECLI:SK:KSBA:2012:1010201233.2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