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8Scud/24/2010 z 28. 5. 2012</w:t>
      </w:r>
    </w:p>
    <w:p>
      <w:r>
        <w:t>Rozsudok Krajského súdu Bratislava z 28. mája 2012, sp. zn. 8Scud/24/2010, ECLI:SK:KSBA:2012:1010201262.2</w:t>
      </w:r>
    </w:p>
    <w:p>
      <w:r>
        <w:t>Súd: Krajský súd Bratislava</w:t>
      </w:r>
    </w:p>
    <w:p>
      <w:r>
        <w:t>Spisová značka: 8Scud/24/2010</w:t>
      </w:r>
    </w:p>
    <w:p>
      <w:r>
        <w:t>ECLI: ECLI:SK:KSBA:2012:1010201262.2</w:t>
      </w:r>
    </w:p>
    <w:p>
      <w:r>
        <w:t>Dátum vydania: 28. 5. 2012</w:t>
      </w:r>
    </w:p>
    <w:p>
      <w:r>
        <w:t>Forma: Rozsudok</w:t>
      </w:r>
    </w:p>
    <w:p>
      <w:r>
        <w:t>Oblasť práva: Správne právo</w:t>
      </w:r>
    </w:p>
    <w:p>
      <w:pPr>
        <w:pStyle w:val="Heading2"/>
      </w:pPr>
      <w:r>
        <w:t>Text rozhodnutia</w:t>
      </w:r>
    </w:p>
    <w:p>
      <w:r>
        <w:t>Súd: Krajský súd Bratislava Spisová značka: 8Scud/24/2010 Identifikačné číslo súdneho spisu: 1010201262 Dátum vydania rozhodnutia: 29. 05. 2012 Meno a priezvisko sudcu, VSÚ: JUDr. Peter Pospech ECLI: ECLI:SK:KSBA:2012:1010201262.2 ROZSUDOK V MENE SLOVENSKEJ REPUBLIKY Krajský súd v Bratislave pred samosudcom JUDr. Petrom Pospechom, v právnej veci navrhovateľky: T. W., bytom Č. G.. XXX/X, XXX XX N. G. Č. F., Č. C., proti odporkyni: Sociálna poisťovňa - ústredie Bratislava, Ul. 29. augusta 8, Bratislava, v spore o invalidný dôchodok, takto r o z h o d o l : Súd napadnuté rozhodnutie odporkyne č. XXX XXX XXXX zo dňa 22.10.2010 p o t v r d z u j e. Navrhovateľke súd náhradu trov konania n e p r i z n á v a. o d ô v o d n e n i e : Uznesením zo dňa 15.07.2011 pod č.k. 8Scud 24/2010 krajský súd zastavil konanie a žiadnemu z účastníkov nepriznal náhradu trov konania. Z odôvodnenia uznesenia vyplýva, že navrhovateľka návrhom doručeným Krajskému súdu v Bratislave dňa 01.07.2010 sa domáhala preskúmania rozhodnutia odporkyne č. 705 109 1234 0 zo dňa 07.06.2010 o zamietnutí žiadosti o invalidný dôchodok. Rozhodnutím č. XXX XXX XXXX zo dňa 22.10.2010 odporkyňa podľa § 112 ods. 1 zákona č. 461/2003 Z.z. o sociálnom poistení zrušila rozhodnutie č. XXX XXX XXXX zo dňa 07.06.2010 a súčasne vyhovela opravnému prostriedku navrhovateľky. Následne samostatným rozhodnutím č. 705 109 1234 0 zo dňa 22.10.2010 odporkyňa podľa §70 ods. 1 a § 82 zákona č. 461/2003 Z.z. o sociálnom poistení v znení neskorších predpisov priznala navrhovateľke invalidný dôchodok v sume 105,60 € mesačne od 01.03.2010 poľa § 46 ods.1 Rady EHS č. 1408/71 o uplatňovaní systémov sociálneho zabezpečenia na zamestnané osoby, samostatne zárobkovo činné osoby a členov ich rodín, pohybujúcich sa v rámci spoločenstva. Krajský súd predmetné konanie zastavil z dôvodu, že rozhodnutím sp. zn. XXX XXX XXXX bolo celkom vyhovené návrhu (odvolaniu) navrhovateľky. Navrhovateľka sa odvolala, namietala, že jej nebolo vyhovené úplne, ale len čiastočne. Najvyšší súd Slovenskej republiky odvolaniu navrhovateľky vyhovel a uznesením č.k. 9So/45/2011 zo dňa 31.01.2012 bolo uznesenie Krajského súdu v Bratislave č.k. 8Scud 24/2010 zrušené a vec mu bola vrátená na nové konanie. V novom konaní Krajský súd v Bratislave opätovne preskúmal navrhovateľkou napadnuté rozhodnutie, v rozsahu dôvodov, ktoré uviedla navrhovateľka vo svojom opravnom prostriedku podľa § 244 ods. 1 O.s.p. podľa hlavy tretej, piatej časti O.s.p. Napadnutým rozhodnutím č. XXX XXX XXXX zo dňa 07.06.2010 bola navrhovateľke podľa § 70 ods. 1 zákona č. 461/2003 Z.z. o sociálnom poistení v znení neskorších predpisov a čl. 39 nariadenia Rady EHS č. 1408/71 o uplatňovaní systémov sociálneho zabezpečenia na zamestnané osoby, samostatne zárobkovo činné osoby a členov ich rodín, ktoré sa pohybujú v rámci spoločenstva zamietnutá žiadosť o invalidný dôchodok z dôvodu, že nespĺňa podmienku nároku na invalidný dôchodok podľa § 71 ods. 1 zákona, pretože nemá pokles schopnosti vykonávať zárobkovú činnosť viac ako 40% v porovnaní so zdravou fyzickou osobou. Navrhovateľka vo svojom opravnom prostriedku, ktorý bol odporkyni doručený dňa 12.10.2010 poukázala na svoj zlý zdravotný stav, čo dokladovala lekárskymi správami. Na účely konania pred súdom bol zdravotný stav navrhovateľky opätovne posúdený posudkovým lekárom Sociálnej poisťovni pobočky zo dňa 14.09.2010, ktorý opravnému prostriedku navrhovateľky nevyhovel a zotrval na poklese schopnosti vykonávať zárobkovú činnosť 40%, čím navrhovateľku neuznal invalidnou, podľa § 71 ods. 1 zákona č. 461/2003 Z.z. o sociálnom poistení. Zdravotný stav bol pre účely súdneho konania posúdený aj posudkovým lekárom Sociálnej poisťovne - ústredie dňa 06.10.2010, ktorý opravnému prostriedku vyhovel čiastočne a uznal navrhovateľku za invalidnú podľa § 71 ods. 1 cit. zákona s mierou poklesu schopnosti vykonávať zárobkovú činnosť 45% od 01.03.2010. Posudkový lekár za rozhodujúce zdravotné postihnutie stanovil choroby podporného a pohybového aparátu - kde je horná hranica 45%. Na základe uvedeného bolo rozhodnutím č. XXX XXX XXXX zo dňa 22.10.2010 podľa § 112 ods. 1 zákona, zrušené napadnuté rozhodnutie zo dňa 07.06.2010 o zamietnutí žiadosti o invalidný dôchodok. Splnenie podmienky vzniku invalidity posudzuje v súlade s ust. § 153 ods. 2 a 5 zákona príslušný lekár sociálneho poistenia. Na základe uvedeného bol navrhovateľke ďalším rozhodnutím č. XXX XXX XXXX zo dňa 22.10.2010 podľa § 70 ods. 1 a § 82 zákona v znení neskorších predpisov priznaný invalidný dôchodok od 01.03.2010 v sume 105,60 €. Invalidný dôchodok bola navrhovateľke priznaný v súlade s čl. 46 ods. 1 nariadenia Rady EHS. Podľa názoru konajúce súdu nároky navrhovateľky boli rozhodnutím č. XXX XXX XXXX zo dňa 22.10.2010 posúdené správne, v zmysle platných právnych predpisov. Vzhľadom na tento skutkový a právny stav konajúci súdu napadnuté rozhodnutie č. XXX XXX XXXX zo dňa 22.10.2010 o priznaní invalidného dôchodku ako vecne správne potvrdil podľa § 250q ods. 2 O.s.p.. Výrok o trovách konania súd oprel o neúspešnosť navrhovateľky v spore, ktorej trovy konania nepriznal v súlade s ust. § 250k ods. 1 O.s.p.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https://www.kauzis.sk/judikatura/r/ECLI:SK:KSBA:2012:1010201262.2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