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8Sd/62/2010 z 23. 2. 2012</w:t>
      </w:r>
    </w:p>
    <w:p>
      <w:r>
        <w:t>Uznesenie Krajského súdu Bratislava z 23. februára 2012, sp. zn. 8Sd/62/2010, ECLI:SK:KSBA:2012:1010201302.1</w:t>
      </w:r>
    </w:p>
    <w:p>
      <w:r>
        <w:t>Súd: Krajský súd Bratislava</w:t>
      </w:r>
    </w:p>
    <w:p>
      <w:r>
        <w:t>Spisová značka: 8Sd/62/2010</w:t>
      </w:r>
    </w:p>
    <w:p>
      <w:r>
        <w:t>ECLI: ECLI:SK:KSBA:2012:1010201302.1</w:t>
      </w:r>
    </w:p>
    <w:p>
      <w:r>
        <w:t>Dátum vydania: 23. 2. 2012</w:t>
      </w:r>
    </w:p>
    <w:p>
      <w:r>
        <w:t>Forma: Uznesenie</w:t>
      </w:r>
    </w:p>
    <w:p>
      <w:pPr>
        <w:pStyle w:val="Heading2"/>
      </w:pPr>
      <w:r>
        <w:t>Text rozhodnutia</w:t>
      </w:r>
    </w:p>
    <w:p>
      <w:r>
        <w:t>Súd: Krajský súd Bratislava Spisová značka: 8Sd/62/2010 Identifikačné číslo súdneho spisu: 1010201302 Dátum vydania rozhodnutia: 24. 02. 2012 Meno a priezvisko sudcu, VSÚ: JUDr. Peter Pospech ECLI: ECLI:SK:KSBA:2012:1010201302.1 Uznesenie Krajský súd v Bratislave v právnej veci navrhovateľa: Ľ. R., bytom X. XX, L., proti odporkyni: Sociálna poisťovňa ústredie, Ul. 29. augusta 8, Bratislava o invalidný dôchodok takto r o z h o d o l : Súd konanie z a s t a v u j e. Žiaden z účastníkov nemá právo na náhradu trov konania. o d ô v o d n e n i e : Navrhovateľ svojím návrhom zo dňa 31.3.2010 žiadal preskúmať rozhodnutie odporkyne sp.zn.XXX XXX XXXX zo dňa 6.3.2010, ktorým mu bol priznaný invalidný dôchodok. Novým rozhodnutím sp.zn. XXXXXXX 713 zo dňa 16.7.2010 priznala odporkyňa navrhovateľovi invalidný dôchodok v sume 311,00 eur mesačne od 11.1.2010. Týmto plne vyhovela odvolaniu navrhovateľa. Podľa § 250o O.s.p., ak správny orgán, ktorého rozhodnutie súd preskúmava vydá nové rozhodnutie, ktorým návrhu celkom vyhovie, súd uznesením konanie zastaví. Pretože rozhodnutím sp.zn. XXXXXXX 713 bolo celkom vyhovené návrhu (odvolaniu) navrhovateľa, súd v zmysle § 250o O.s.p. konanie zastavil. O trovách konania súd rozhodol podľa § 146 ods. 1 písm. c/ O.s.p. (§ 250l ods. 2, § 246c O.s.p.). Poučenie: Proti tomuto uzneseniu je možné podať odvolanie v lehote 15 dní od jeho doručenia na Krajský súd v Bratislave, písomne, dvojmo.</w:t>
      </w:r>
    </w:p>
    <w:p/>
    <w:p>
      <w:r>
        <w:t>Zdroj: KAUZIS.SK – https://www.kauzis.sk/judikatura/r/ECLI:SK:KSBA:2012:1010201302.1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