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1S/173/2010 z 18. 4. 2012</w:t>
      </w:r>
    </w:p>
    <w:p>
      <w:r>
        <w:t>Uznesenie Krajského súdu Bratislava z 18. apríla 2012, sp. zn. 1S/173/2010, ECLI:SK:KSBA:2012:1010201318.1</w:t>
      </w:r>
    </w:p>
    <w:p>
      <w:r>
        <w:t>Súd: Krajský súd Bratislava</w:t>
      </w:r>
    </w:p>
    <w:p>
      <w:r>
        <w:t>Spisová značka: 1S/173/2010</w:t>
      </w:r>
    </w:p>
    <w:p>
      <w:r>
        <w:t>ECLI: ECLI:SK:KSBA:2012:1010201318.1</w:t>
      </w:r>
    </w:p>
    <w:p>
      <w:r>
        <w:t>Dátum vydania: 18.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1S/173/2010 Identifikačné číslo súdneho spisu: 1010201318 Dátum vydania rozhodnutia: 19. 04. 2012 Meno a priezvisko sudcu, VSÚ: JUDr. Nora Puchelová ECLI: ECLI:SK:KSBA:2012:1010201318.1 Uznesenie Krajský súd v Bratislave v právnej veci žalobcu: Spoločenstvo vlastníkov bytov Žitavská 2-6, IČO 317 938 86, so sídlom Žitavská 2, 821 07 Bratislava proti žalovanému: Štátna energetická inšpekcia Trenčín, so sídlom Hurbanova 59, 911 01 Trenčín o preskúmanie zákonnosti rozhodnutia č. 1367/2000/2010 zo dňa 29.6.2010, takto r o z h o d o l : Krajský súd v Bratislave konanie z a s t a v u j e . Žiaden z účastníkov nemá právo na náhradu trov konania. o d ô v o d n e n i e : Žalobou podanou na Krajskom súde v Bratislave dňa 13.7.2010 sa žalobca domáhal preskúmania zákonnosti rozhodnutia žalovaného č. 1367/2000/2010 zo dňa 29.6.2010, ktorým žalovaný rozhodol tak, že odvolanie účastníkov konania Spoločenstvo vlastníkov bytov Žitavská 2-6 zamieta a rozhodnutie prvostupňového správneho orgánu č. 307/1400/10 zo dňa 5.5.2010 potvrdil. Prvostupňový správny orgán uložil účastníkom konania pokutu vo výške 1.660,- € za porušenie povinnosti a to za neplnenie si povinnosti odberateľa tepla, ktorý rozpočítava množstvo tepla dodaného na vykurovanie a v TÚV konečnému spotrebiteľovi, keď porušil povinnosti vyplývajúce z § 17 ods. 3 písm. b) zákona č. 657/2004 Z.z. tým, že v kontrolovanom období od 1.1.2008 do 17.3.2009 nezabezpečil overovanie určených meradiel na meranie pretečeného množstva teplej úžitkovej vody spotrebovanej konečným spotrebiteľom v súlade s osobitným predpisom v objekte spotreby podľa podania obytný dom na ulici Žitavská 2 v Bratislave. Pred rozhodnutím vo veci samej žalobca svojím podaním doručeným súdu dňa 16.3.2012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Z.z.) v znení zákona č. 33/2011.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https://www.kauzis.sk/judikatura/r/ECLI:SK:KSBA:2012:1010201318.1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