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3S/240/2010 z 14. 5. 2012</w:t>
      </w:r>
    </w:p>
    <w:p>
      <w:r>
        <w:t>Uznesenie Krajského súdu Bratislava z 14. mája 2012, sp. zn. 3S/240/2010, ECLI:SK:KSBA:2012:1010201340.3</w:t>
      </w:r>
    </w:p>
    <w:p>
      <w:r>
        <w:t>Súd: Krajský súd Bratislava</w:t>
      </w:r>
    </w:p>
    <w:p>
      <w:r>
        <w:t>Spisová značka: 3S/240/2010</w:t>
      </w:r>
    </w:p>
    <w:p>
      <w:r>
        <w:t>ECLI: ECLI:SK:KSBA:2012:1010201340.3</w:t>
      </w:r>
    </w:p>
    <w:p>
      <w:r>
        <w:t>Dátum vydania: 14.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3S/240/2010 Identifikačné číslo súdneho spisu: 1010201340 Dátum vydania rozhodnutia: 15. 05. 2012 Meno a priezvisko sudcu, VSÚ: JUDr. Viera Šebestová ECLI: ECLI:SK:KSBA:2012:1010201340.3 Uznesenie Krajský súd v Bratislave v právnej veci žalobcu: Mgr. P. I., Antona Bernoláka 6/19, Žiar nad Hronom, zastúpený Advokátska kancelária T. &amp; C., Hurbanovo nám. 7, 811 03 Bratislava, proti žalovanému: Ministerstvo vnútra SR, Pribinova 2, 812 72 Bratislava, o preskúmanie zákonnosti rozhodnutia žalovaného č. MV-KVSU-XX-X-2010 zo dňa 26.04.2010, takto r o z h o d o l : Súd zrušuje uznesenie Krajského súdu v Bratislave č.k. XS/XXX/XXXX-XX zo dňa 14.02.2012. o d ô v o d n e n i e : Žalobou podanou Krajskému súdu v Bratislave dňa 15.07.2010 sa žalobca domáhal preskúmania zákonnosti rozhodnutia žalovaného č. MV-KVSU-XX-X-XXXX zo dňa 26.04.2010 ako aj prvostupňového rozhodnutia, ktoré bolo napadnutým rozhodnutím potvrdené, a vrátenia veci žalovanému na ďalšie konanie. Výzvou, doručenou právnemu zástupcovi žalobcu dňa 31.01.2012 bol žalobca vyzvaný na zaplatenie súdneho poplatku za žalobu v celkovej výške 66 eur v lehote do 10 dní odo dňa doručenia. O následkoch nezaplatenia bol poučený. Keďže žalobca napriek výzve súdny poplatok nezaplatil, konanie vo veci bolo uznesením č.k. 3S/240/2010-42 zo dňa XX.XX.XXXX, doručeným právnemu zástupcovi žalobcu dňa 21.02.2012 zastavené. Ako vyplýva zo záznamu o zložení - výpisu z depozitného účtu v Štátnej pokladnici zo dňa 07.03.2012, bol súdny poplatok žalobcom dodatočne zaplatený. Podľa § 10 ods. 3 zák. č. 71/1992 Zb. o súdnych poplatkoch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dodatočne v lehote na podanie odvolania zaplatil súdny poplatok, rozhodol súd tak, že uznesenie o zastavení konania zrušil.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https://www.kauzis.sk/judikatura/r/ECLI:SK:KSBA:2012:1010201340.3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