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1S/177/2010 z 1. 2. 2012</w:t>
      </w:r>
    </w:p>
    <w:p>
      <w:r>
        <w:t>Uznesenie Krajského súdu Bratislava z 1. februára 2012, sp. zn. 1S/177/2010, ECLI:SK:KSBA:2012:1010201347.2</w:t>
      </w:r>
    </w:p>
    <w:p>
      <w:r>
        <w:t>Súd: Krajský súd Bratislava</w:t>
      </w:r>
    </w:p>
    <w:p>
      <w:r>
        <w:t>Spisová značka: 1S/177/2010</w:t>
      </w:r>
    </w:p>
    <w:p>
      <w:r>
        <w:t>ECLI: ECLI:SK:KSBA:2012:1010201347.2</w:t>
      </w:r>
    </w:p>
    <w:p>
      <w:r>
        <w:t>Dátum vydania: 1. 2. 2012</w:t>
      </w:r>
    </w:p>
    <w:p>
      <w:r>
        <w:t>Forma: Uznesenie</w:t>
      </w:r>
    </w:p>
    <w:p>
      <w:pPr>
        <w:pStyle w:val="Heading2"/>
      </w:pPr>
      <w:r>
        <w:t>Text rozhodnutia</w:t>
      </w:r>
    </w:p>
    <w:p>
      <w:r>
        <w:t>Súd: Krajský súd Bratislava Spisová značka: 1S/177/2010 Identifikačné číslo súdneho spisu: 1010201347 Dátum vydania rozhodnutia: 02. 02. 2012 Meno a priezvisko sudcu, VSÚ: JUDr. Monika Valašíková PhD. ECLI: ECLI:SK:KSBA:2012:1010201347.2 Uznesenie Krajský súd v Bratislave v právnej veci žalobcu v 1/ rade: Z. I. bytom M. XX, H., a žalobcu v 2/ rade: Ing. M. H.., bytom M. XX, H., proti žalovanému: Krajský stavebný úrad v Bratislave, so sídlom Lamačská cesta 8, Bratislava, za účasti: SOKK DEVELOPMENT, s.r.o. so sídlom Ďatelinova 10, Bratislava, o preskúmanie zákonnosti rozhodnutia žalovaného č. A/2010/1685/MRV zo dňa 12.5.2010, takto r o z h o d o l : Krajský súd v Bratislave konanie z a s t a v u j e . Žiaden z účastníkov n e m á právo na náhradu trov konania. o d ô v o d n e n i e : Žalobou doručenou Krajskému súdu v Bratislave dňa 16.7.2010, sa žalobcovia domáhali preskúmania zákonnosti rozhodnutia žalovaného č. A/2010/1658/MRV zo dňa 12.5.2010, v spojení s rozhodnutím stavebného úradu Obce Rovinka č. Výst. 59-874-R-08-ED zo dňa 4.1.2009, ktorým ako príslušný stavebný úrad povolí stavbu“ Bytový dom - objekt C 55“, objekty SO 03 Bytový dom, SO 13 Smetníky, SO 14, Sadové úpravy, SO 15 Detské ihriská, SO 17 Oplotenie, na pozemku parc.č. 158 katastrálne územie M. stavebníkovi spoločnosti SOKK DEVELOPMENT, s.r.o., Bratislava. Písomným podaním zo dňa 30.6.2011 Krajská prokuratúra v Bratislave oznámila Krajskému súdu v Bratislave, že proti rozhodnutiu žalovaného č. k. A/2010/1658 bol podaný protest prokurátora. Krajský súd v Bratislave uznesením č. k. 1S/177/2010-107 zo dňa 14.7.2011 prerušil konanie do vybavenia protestu prokurátora č. Kd 128/11-15 zo dňa 30.6.2011 v súlade s ustanovením § 250i ods. 4 O.s.p., ktoré ukladá súdu povinnosť konanie prerušiť v prípade, že rozhodnutie orgánu verejnej správy po podaní žaloby bolo napadnuté protestom prokurátora alebo mimoriadnym opravným prostriedkom. Krajský stavebný úrad v Bratislave rozhodnutím č. A-2011/1656/MRV zo dňa 1.8.2010 vyhovel protestu prokurátora a uvedeným protestom napadnuté rozhodnutie Krajského stavebného úradu v Bratislave č. A/2010/1658/MRV zo dňa 12.5.2010, právoplatné dňa 21.5.2010, ako nezákonne zrušil. Krajská prokuratúra Bratislava listom zo dňa 22.11.2011 doručeným Krajskému súdu v Bratislave dňa 23.11.2011 oznámila, že Ministerstvo dopravy, výstavby regionálneho rozvoja SR rozhodnutím č.k. 22540/2011/SVBP-60122/Hia zo dňa 16.11.2011 zamietlo odvolanie spoločnosti SOKK DEVELOPMENT, s.r.o., Bratislava a potvrdilo rozhodnutie Krajského stavebného úradu v Bratislave o zrušení protestom napadnutého rozhodnutia č. A-2011/1656/MRV zo dňa 12.5.2010 a o povolení stavby „ Bytový dom - objekt C 55“ Podľa § 250 ods. 1 O.s.p., účastníkmi konania pri rozhodovaní súdov o žalobách proti rozhodnutiam a postupom správnych orgánov podľa druhej hlavy piatej časti O.s.p. sú žalobca a žalovaný. Podľa § 250 ods. 4 O.s.p., je pri rozhodovaní správneho orgánu vydaného v správnom konaní žalovaným správny orgán, ktorý rozhodol v poslednom stupni.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R 11/2008, ak zanikne rozhodnutie ako predmet súdneho prieskumu počas súdneho konania, v konaní nemožno pokračovať, preto sa konanie pred súdom musí zastaviť. Nakoľko v preskúmavanej veci zanikol predmet súdneho prieskumu rozhodnutím tým, že rozhodnutím č. A-2011/1656/MRV zo dňa 1.8.2011 bolo vyhovené protestu prokurátora a napadnuté rozhodnutie Krajského stavebného úradu v Bratislave č. A-2010/1658/MRV zo dňa 12.5.2010 bolo zrušené, Krajský súd v Bratislave konanie s poukazom na vyššie citované ustanovenie zastavil. O náhrade trov konania rozhodol súd podľa § 146 ods. 1 písm. c) O.s.p., pretože v prípade zastavenia konania nemá žiaden z účastníkov právo na ich náhradu.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https://www.kauzis.sk/judikatura/r/ECLI:SK:KSBA:2012:1010201347.2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