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1S/194/2010 z 25. 1. 2012</w:t>
      </w:r>
    </w:p>
    <w:p>
      <w:r>
        <w:t>Rozsudok Krajského súdu Bratislava z 25. januára 2012, sp. zn. 1S/194/2010, ECLI:SK:KSBA:2012:1010201477.2</w:t>
      </w:r>
    </w:p>
    <w:p>
      <w:r>
        <w:t>Súd: Krajský súd Bratislava</w:t>
      </w:r>
    </w:p>
    <w:p>
      <w:r>
        <w:t>Spisová značka: 1S/194/2010</w:t>
      </w:r>
    </w:p>
    <w:p>
      <w:r>
        <w:t>ECLI: ECLI:SK:KSBA:2012:1010201477.2</w:t>
      </w:r>
    </w:p>
    <w:p>
      <w:r>
        <w:t>Dátum vydania: 25. 1. 2012</w:t>
      </w:r>
    </w:p>
    <w:p>
      <w:r>
        <w:t>Forma: Rozsudok</w:t>
      </w:r>
    </w:p>
    <w:p>
      <w:r>
        <w:t>Oblasť práva: Správne právo</w:t>
      </w:r>
    </w:p>
    <w:p>
      <w:pPr>
        <w:pStyle w:val="Heading2"/>
      </w:pPr>
      <w:r>
        <w:t>Text rozhodnutia</w:t>
      </w:r>
    </w:p>
    <w:p>
      <w:r>
        <w:t>Súd: Krajský súd Bratislava Spisová značka: 1S/194/2010 Identifikačné číslo súdneho spisu: 1010201477 Dátum vydania rozhodnutia: 26. 01. 2012 Meno a priezvisko sudcu, VSÚ: JUDr. Monika Valašíková PhD. ECLI: ECLI:SK:KSBA:2012:1010201477.2 ROZSUDOK V MENE SLOVENSKEJ REPUBLIKY Krajský súd v Bratislave v senáte zloženom z predsedníčky senátu JUDr. Moniky Valašikovej, PhD. a členov senátu JUDr. Nory Puchelovej a JUDr. Mariána Trenčana,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č. 7088/2010-7.2 (25/2010-rozkl.) zo dňa 21.6.2010 v spojení s prvostupňovým rozhodnutím žalovaného č. 4250/2010-2.1 zo dňa 15.4.2010, takto r o z h o d o l : Krajský súd v Bratislave rozhodnutie žalovaného sp.zn. č. 7088/2010-7.2 (25/2010-rozkl.) zo dňa 21.6.2010 a rozhodnutie Ministerstva životného prostredia SR č. 4250/2010-2.1 zo dňa 15.4.2010 z r u š u j e podľa ust. § 250j ods. 2 písm. a) Občianskeho súdneho poriadku a vec v r a c i a žalovanému na ďalšie konanie. Žalovaný je povinný zaplatiť žalobcovi na účet právnej zástupkyne JUDr. Ivety Rajtákovej trovy konania v sume 303,3 eur, do 30 dní od nadobudnutia právoplatnosti rozsudku. o d ô v o d n e n i e : Žalobou doručenou Krajskému súdu v Bratislave dňa 11.8.2010 sa žalobca domáhal preskúmania zákonnosti rozhodnutia žalovaného sp.zn. č. 7088/2010-7.2 (25/2010-rozkl.) zo dňa 21.6.2010, ktorým žalovaný rozklad žalobcu zamietol podľa § 61 ods. 2 a 3 a § 59 ods. 2 zákona č. 71/1967 Zb. o správnom konaní a potvrdil rozhodnutie prvostupňového správneho orgánu č. 4250/2010-2.1 zo dňa 15.4.2010. Uvedeným rozhodnutím sa žalobcovi nepriznalo postavenie účastníka konania vo veci žiadosti Loveckého spolku Hunčiak, 976 11 Baláže č. 6 zo dňa 19.1.2010 týkajúcej sa povolenia výnimky z podmienok ochrany chráneného živočícha - medveďa hnedého podľa zákona č. 543/2002 Z.z. o ochrane prírody a krajiny v znení neskorších predpisov.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doručenom Krajskému súdu v Bratislave dňa 24.9.2010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5.2.2010 oznámil svoju účasť v konaní v postavení zúčastnenej osoby. Následne ho listom zo dňa 31.3.2010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29.1.2010 bola žalovanému doručená žiadosť o povolenie výnimky z podmienok ochrany chráneného živočícha - medveďa hnedého. Písomným upovedomením zo dňa 1.2.2010 žalovaný upovedomil žalobcu o začatí konania v súlade s § 82 ods. 7 zákona č. 543/2002 Z.z.. Žalobca listom doručeným žalovanému prvostupňovému správnemu orgánu dňa 10.2.2010 oznámil svoju účasť v konaní. Žalovaný listom zo dňa 18.3.2010 oboznámil žalobcu s podkladmi rozhodnutia č. 4250/2010-2.1. Žalobca svojim listom zo dňa 31.3.2010 sa dožadoval postavenia účastníka konania a vyjadril nesúhlasné stanovisko k udeleniu výnimky z podmienok ochrany chráneného živočícha. Žalovaný vo svojom rozhodnutí č. 4250/2010-2.1 zo dňa 15.4.2010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sp.zn. č. 7088/2010-7.2 (25/2010-rozkl.) zo dňa 21.6.2010 zamietol rozklad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4, § 16 ods. 3 príslušného zákona v celkovej výške 303,3 €, ktoré si uplatnil v podaní zo dňa 31.8.2010: - prevzatie a príprava zastupovania zo dňa 5.8.2010: 120,23 € + 7,21 € režijný paušál + 19% DPH - žaloba zo dňa 9.8.2010: 120,23 € + 7,21 € režijný paušál + 19% DPH Súd nepriznal náhradu trov konania za podanie dňa 2.5.2011 (návrh na pokračovanie v konaní) z dôvodu, že súd podľa § 111 ods. 2 veta druhá OSP aj bez návrhu pokračuje v konaní, ak odpadla prekážka, pre ktorú bolo konanie prerušené a tento úkon teda nebol, podľa názoru súdu, zástupkyňou žalobcu účelne vynaložený. Žalovaný je povinný uhradiť trovy konania vo výške 303,3 € na účet právnej zástupkyne žalobcu do tridsiatich dní od právoplatnosti tohto rozsudku. Číslo účtu právnej zástupkyne žalobcu je 82160437/0900, VS 119410.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https://www.kauzis.sk/judikatura/r/ECLI:SK:KSBA:2012:1010201477.2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