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5Scud/31/2010 z 13. 3. 2012</w:t>
      </w:r>
    </w:p>
    <w:p>
      <w:r>
        <w:t>Uznesenie Krajského súdu Bratislava z 13. marca 2012, sp. zn. 5Scud/31/2010, ECLI:SK:KSBA:2012:1010201516.1</w:t>
      </w:r>
    </w:p>
    <w:p>
      <w:r>
        <w:t>Súd: Krajský súd Bratislava</w:t>
      </w:r>
    </w:p>
    <w:p>
      <w:r>
        <w:t>Spisová značka: 5Scud/31/2010</w:t>
      </w:r>
    </w:p>
    <w:p>
      <w:r>
        <w:t>ECLI: ECLI:SK:KSBA:2012:1010201516.1</w:t>
      </w:r>
    </w:p>
    <w:p>
      <w:r>
        <w:t>Dátum vydania: 13.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5Scud/31/2010 Identifikačné číslo súdneho spisu: 1010201516 Dátum vydania rozhodnutia: 14. 03. 2012 Meno a priezvisko sudcu, VSÚ: JUDr. Renáta Janáková ECLI: ECLI:SK:KSBA:2012:1010201516.1 Uznesenie Krajský súd v Bratislave v právnej veci navrhovateľky: U.I. T., bytom J. S. F., V. XX, XXX XX S., proti odporkyni: Sociálna poisťovňa- ústredie, Ul. 29. augusta č. 8, Bratislava, Z. J. C. I. D. J., takto r o z h o d o l : Súd konanie z a s t a v u j e. Žiaden z účastníkov n e m á právo na náhradu trov konania. o d ô v o d n e n i e : Navrhovateľka svojim návrhom zo dňa X. D.A. XXXX žiadala preskúmať dve rozhodnutia odporkyne toho istého čísla a z toho istého dňa č. XXX XXX XXXX X zo dňa X. D. XXXX z dôvodu, že v týchto rozhodnutiach neboli zohľadnené všetky odpracované roky od 1966 do 1967 a od 1968 do 1969. V písomnom oznámení doručenom tunajšiemu súdu dňa XX. M. XXXX navrhovateľka oznámila súdu, že napadnuté rozhodnutie považuje za vecne správne, a preto žiada konanie zastaviť, na svojom návrhu netrvá a berie ho v celom rozsahu späť. Odporkyňa so späťvzatím návrhu súhlasila.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https://www.kauzis.sk/judikatura/r/ECLI:SK:KSBA:2012:1010201516.1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