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6Scud/31/2010 z 14. 2. 2012</w:t>
      </w:r>
    </w:p>
    <w:p>
      <w:r>
        <w:t>Rozhodnutie Krajského súdu Bratislava z 14. februára 2012, sp. zn. 6Scud/31/2010, ECLI:SK:KSBA:2012:1010201529.1</w:t>
      </w:r>
    </w:p>
    <w:p>
      <w:r>
        <w:t>Súd: Krajský súd Bratislava</w:t>
      </w:r>
    </w:p>
    <w:p>
      <w:r>
        <w:t>Spisová značka: 6Scud/31/2010</w:t>
      </w:r>
    </w:p>
    <w:p>
      <w:r>
        <w:t>ECLI: ECLI:SK:KSBA:2012:1010201529.1</w:t>
      </w:r>
    </w:p>
    <w:p>
      <w:r>
        <w:t>Dátum vydania: 14. 2. 2012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6Scud/31/2010 Identifikačné číslo súdneho spisu: 1010201529 Dátum vydania rozhodnutia: 15. 02. 2012 Meno a priezvisko sudcu, VSÚ: JUDr. Renáta Janáková ECLI: ECLI:SK:KSBA:2012:1010201529.1 Rozhodnutie Krajský súd v Bratislave v právnej veci navrhovateľky: M. C. X. O. H. G. Q., bytom Q.K. Q., XXXX Y., V.. XX/X proti odporkyni: Sociálna poisťovňa - ústredie, Ul. 29. augusta č. 8, Bratislava, X. N. M., takto r o z h o d o l : Súd konanie z a s t a v u j e. Žiaden z účastníkov n e m á právo na náhradu trov konania. o d ô v o d n e n i e : Navrhovateľka svojim návrhom zo dňa XX.X.XXXX žiadala preskúmať rozhodnutie odporkyne č. XXX XXX XXXX X zo dňa XX.X.XXXX z dôvodu, že žiadala o prehodnotenie jej žiadosti o vdovský dôchodok. Navrhovateľka v podaní zo dňa XX.X.XXXX oznámila súdu, že na svojom opravnom prostriedku netrvá a berie ho v celom rozsahu späť a konanie žiada zastaviť. Zástupca odporkyne prítomný na pojednávaní konanom dňa XX.X.XXXX nemal námietky proti späťvzatiu návrhu.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https://www.kauzis.sk/judikatura/r/ECLI:SK:KSBA:2012:1010201529.1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