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5Sd/74/2010 z 1. 2. 2012</w:t>
      </w:r>
    </w:p>
    <w:p>
      <w:r>
        <w:t>Uznesenie Krajského súdu Bratislava z 1. februára 2012, sp. zn. 5Sd/74/2010, ECLI:SK:KSBA:2012:1010201544.1</w:t>
      </w:r>
    </w:p>
    <w:p>
      <w:r>
        <w:t>Súd: Krajský súd Bratislava</w:t>
      </w:r>
    </w:p>
    <w:p>
      <w:r>
        <w:t>Spisová značka: 5Sd/74/2010</w:t>
      </w:r>
    </w:p>
    <w:p>
      <w:r>
        <w:t>ECLI: ECLI:SK:KSBA:2012:1010201544.1</w:t>
      </w:r>
    </w:p>
    <w:p>
      <w:r>
        <w:t>Dátum vydania: 1. 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5Sd/74/2010 Identifikačné číslo súdneho spisu: 1010201544 Dátum vydania rozhodnutia: 02. 02. 2012 Meno a priezvisko sudcu, VSÚ: JUDr. Renáta Janáková ECLI: ECLI:SK:KSBA:2012:1010201544.1 Uznesenie Krajský súd v Bratislave v právnej veci navrhovateľa: A. S.Č., K.. XX.X.XXXX, trvale bytom Q. X, O., V. O. H. D. XX, O. proti odporkyni: Sociálna poisťovňa - ústredie, so sídlom Ul. 29. augusta 8, Bratislava, R. invalidn P., takto r o z h o d o l : Súd konanie z a s t a v u j e. Žiaden z účastníkov n e m á právo na náhradu trov konania. o d ô v o d n e n i e : Navrhovateľ svojim návrhom zo dňa XX. U. XXXX žiadal o obnovenie konania vo veci vedenej na Krajskom súde v Bratislave pod sp. zn. XSd XXX/XXXX, v ktorej súd rozsudkom zo dňa X. P. XXXX, Č.. S.. XSd XXX/XXXX-X potvrdil rozhodnutie odporkyne č. XXXXXXX XXX G. P. XX. U. XXXX, ktorým bola zamietnutá žiadosť navrhovateľa o invalidný dôchodok. Navrhovateľ svoju žiadosť odôvodnil tak, že v dôsledku novely zákona č. 461/2003 Z.z. o sociálnom poistení v znení neskorších predpisov (zákon o sociálnom poistení) bola v ustanovení § 72 ods. 1 citovaného zákona odstránená tvrdosť zákona, čo by podľa neho mohlo mať významný vplyv aj na rozsudok Krajského súdu v Bratislave zo dňa X. P. XXXX, č. k. XSd XXX/XXXX-X. Navrhovateľ preto žiada, aby bolo konanie vedené pod číslom sp. zn. XSd XXX/XXXX obnovené. Podľa § 103 O.s.p. kedykoľvek za konania prihliada súd na to, či sú splnené podmienky, za ktorých môže konať vo veci (podmienky konania). Podľa § 104 ods. 1 prvá veta O.s.p., ak ide o taký nedostatok podmienky konania, ktorý nemožno odstrániť, súd konanie zastaví. Podľa § 250s O.s.p., proti rozhodnutiu súdu, ktorým potvrdí rozhodnutie správneho orgánu, je prípustné odvolanie. Proti rozsudku súdu, ktorým zruší rozhodnutie správneho orgánu, je prípustné odvolanie len z dôvodov uvedených v § 250j ods. 2 písm. a) a b). Obnova konania, dovolanie a mimoriadne dovolanie nie sú prípustné. Súd sa na základe podania navrhovateľa zo dňa XX. U. XXXX podrobne oboznámil s obsahom spisu Krajského súdu v Bratislave č. XSd XXX/XXXX, z obsahu ktorého zistil, že v právnej veci navrhovateľa A. S., K.. XX. X. XXXX, proti odporkyni Sociálnej poisťovni - ústredie, R. invalidn P., Krajský súd v Bratislave právoplatne rozhodol rozsudkom zo dňa X. P. XXXX, ktorým potvrdil rozhodnutie odporkyne č. XXXXXXX XXX zo dňa XX. U. XXXX. Rozsudok nadobudol právoplatnosť dňa X. Q. XXXX. Jednou z podmienok konania na súde je aj danosť právomoci a príslušnosti súdu o danom návrhu na obnovu konania konať. V zmysle ust. § 250s tretej vety O.s.p., obnova konania, dovolanie a mimoriadne dovolanie nie sú prípustné. Prípustné sú jedine vtedy, ak by to bolo v piatej časti O.s.p. upravené. S poukazom na vyššie uvedené súd dospel k záveru, že sa jedná o taký nedostatok podmienky, ktorý nemožno odstrániť, a preto súd podľa § 104 ods. 1 O.s.p. konanie zastavil. O náhrade trov konania súd rozhodol podľa § 146 ods. 1 písm. c) O.s.p. s použitím ustanovenia § 246c O.s.p. a ustanovenia § 250l O.s.p. tak, že žiaden z účastníkov nemá právo na náhradu trov konania, nakoľko konanie vo veci bolo zastavené. Poučenie: Proti tomuto uzneseniu m o ž n o podať odvolanie do 15 dní odo dňa jeho doručenia, na Najvyšší súd Slovenskej republiky, cestou Krajského súdu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https://www.kauzis.sk/judikatura/r/ECLI:SK:KSBA:2012:1010201544.1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