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4S/288/2010 z 26. 1. 2012</w:t>
      </w:r>
    </w:p>
    <w:p>
      <w:r>
        <w:t>Rozsudok Krajského súdu Bratislava z 26. januára 2012, sp. zn. 4S/288/2010, ECLI:SK:KSBA:2012:1010201621.2</w:t>
      </w:r>
    </w:p>
    <w:p>
      <w:r>
        <w:t>Súd: Krajský súd Bratislava</w:t>
      </w:r>
    </w:p>
    <w:p>
      <w:r>
        <w:t>Spisová značka: 4S/288/2010</w:t>
      </w:r>
    </w:p>
    <w:p>
      <w:r>
        <w:t>ECLI: ECLI:SK:KSBA:2012:1010201621.2</w:t>
      </w:r>
    </w:p>
    <w:p>
      <w:r>
        <w:t>Dátum vydania: 26. 1. 2012</w:t>
      </w:r>
    </w:p>
    <w:p>
      <w:r>
        <w:t>Forma: Rozsudok</w:t>
      </w:r>
    </w:p>
    <w:p>
      <w:r>
        <w:t>Oblasť práva: Správne právo</w:t>
      </w:r>
    </w:p>
    <w:p>
      <w:pPr>
        <w:pStyle w:val="Heading2"/>
      </w:pPr>
      <w:r>
        <w:t>Text rozhodnutia</w:t>
      </w:r>
    </w:p>
    <w:p>
      <w:r>
        <w:t>Súd: Krajský súd Bratislava Spisová značka: 4S/288/2010 Identifikačné číslo súdneho spisu: 1010201621 Dátum vydania rozhodnutia: 27. 01. 2012 Meno a priezvisko sudcu, VSÚ: JUDr. Judita Kokolevská ECLI: ECLI:SK:KSBA:2012:1010201621.2 ROZSUDOK V MENE SLOVENSKEJ REPUBLIKY Krajský súd v Bratislave v senáte zloženom z predsedu senátu JUDr. Judity Kokolevskej a členov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7663/2010 - 7.2 (77/2010-rozkl.) zo dňa 28.6.2010 v spojení s prvostupňovým rozhodnutím Ministerstva životného prostredia Slovenskej republiky, Odbor ochrany prírody, Námestie Ľudovíta Štúra 1, Bratislava č. 5364/2010-2.1 zo dňa 16.4.2010 takto r o z h o d o l : Krajský súd v Bratislave rozhodnutie žalovaného č. 7663/2010 - 7.2 (77/2010-rozkl.) zo dňa 28.6.2010 ako i rozhodnutie Ministerstva životného prostredia Slovenskej republiky, Odbor ochrany prírody, Námestie Ľudovíta Štúra 1, Bratislava č. 5364/2010-2.1 zo dňa 16.4.2010 z r u š u j e podľa ust. § 250j ods. 2 písm. a) Občianskeho súdneho poriadku a vec v r a c i a žalovanému na ďalšie konanie. Žalovaný je p o v i n n ý do 30 dní od právoplatnosti tohto rozsudku zaplatiť žalobcovi trovy konania v sume 303,31 eur na účet jeho právnej zástupkyne. o d ô v o d n e n i e : Žalobou doručenou tunajšiemu súdu v zákonom určenej lehote sa žalobca domáhal preskúmania zákonnosti rozhodnutia žalovaného č. 7663/2010 - 7.2 (77/2010-rozkl.) zo dňa 28.6.2010, ktorým zamietol rozklad žalobcu a potvrdil prvostupňové rozhodnutie č. 5364/2010-2.1 zo dňa 16.4.2010. Správny orgán svojim prvostupňovým rozhodnutím nepriznal žalobcovi postavenie účastníka konania vo veci žiadosti subjektu Poľovníckej a ochranárskej spoločnosti Bacúch so sídlom v Brezne o povolenie výnimky z podmienok ochrany chráneného živočícha - jedinca medveďa hnedého v súlade so zákonom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listom zo dňa 16.3.2010 oznámil svoju účasť v konaní v postavení zúčastnenej osoby. Následne ho listom zo dňa 31.3.2010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žalovaného súd zistil, že dňa 9.3.2010 bola Ministerstvu životného prostredia Slovenskej republiky odboru ochrany prírody doručená žiadosť subjektu Poľovníckej a ochranárskej spoločnosti Bacúch so sídlom v Brezne o povolenie výnimky v súlade so zákonom č. 543/2002 Z.z. o ochrane prírody a krajiny v znení neskorších predpisov (ďalej len zákon o ochrane prírody) za účelom odstrelu jedného jedinca chráneného druhu živočícha - medveďa hnedého v rámci regulačného lovu medveďov roku 2010 v poľovnom revíri Devana. Listom zo dňa 9.3.2010 informoval správny orgán žalobcu o začatí správneho konania o predmetnej žiadosti o povolení usmrtenia jedinca chráneného druhu živočícha - medveďa hnedého v rámci regulácie početnosti v roku 2010. Žalobca listom doručeným žalovanému dňa 16.3.2010 oznámil svoju účasť v konaní. Listom zo dňa 18.3.2010 správny orgán žalobcu oboznámil s podkladmi rozhodnutia a vyzval ho, aby sa v lehote 7 dní vyjadril k podkladom rozhodnutia. Listom zo dňa 7.4.2010 žalobca oznámil správnemu orgánu, že nesúhlasí s udelením výnimky na usmrtenie jedinca chráneného druhu živočícha - medveďa hnedého v rámci regulačného lovu v roku 2010 na základe žiadosti Poľovníckej ochranárskej spoločnosti Bacúch a žiadal, aby mu bolo v predmetnom konaní priznané postavenie účastníka konania. Rozhodnutím č. 5364/2010-2.1 zo dňa 16.4.2010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rozklad, v ktorom uvádzal námietky opakujúce sa aj v podanej žalobe. Žalovaný následne rozhodnutím zo dňa 21.6.2010 zamietol návrh na prerušenie správneho konania a dňa 28.6.2010 vydal napadnuté rozhodnutie, ktorým rozklad žalobcu voči rozhodnutiu, ktorým mu nebolo priznané postavenie účastníka konania zamietol a potvrdil rozhodnutie č. 5364/2010-2.1 zo dňa 16.4.2010.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podľa § 11 ods. 4 vyhlášky, realizované v roku 2010 vo výške 1/6 výpočtového základu, t.j. 2 x 120,23 €, 2 x 7,21 € paušálna náhrada podľa § 16 ods. 3 vyhlášky a 19% DPH podľa § 18 ods. 3 vyhlášky prislúchajúca odmene a náhradám. Trovy žalobcu súčtom uvedených položiek predstavujú čiastku 303,31 €, ktoré žalobca zaplatí na účet právnej zástupkyne žalobcu. Súd nepriznal žalobcovi náhradu za úkony: 1) náhrada za jeden 1 úkon (návrh na prerušenie konania zo dňa 2.9.2010), pretože tento návrh bol súčasťou podanej žaloby v čase, keď už bolo známe, že bola odvolacím súdom položená prejudiciálna otázka v skutkovo totožnej veci podľa § 109 ods. 1 písm. c) a súd by preto aj bez návrhu prerušil konanie. 2) podanie zo dňa 9.5.2011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podanie urobené elektronickými prostriedkami v sume 1,50 €, pretože sa jedná o náklady spadajúce pod paušálne výdavky podľa § 16 ods. 3 vyhlášky. Toto rozhodnutie prijal senát Krajského súdu v Bratislave pomerom hlasov 3 : 0.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https://www.kauzis.sk/judikatura/r/ECLI:SK:KSBA:2012:1010201621.2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