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1S/242/2010 z 25. 4. 2012</w:t>
      </w:r>
    </w:p>
    <w:p>
      <w:r>
        <w:t>Uznesenie Krajského súdu Bratislava z 25. apríla 2012, sp. zn. 1S/242/2010, ECLI:SK:KSBA:2012:1010201754.2</w:t>
      </w:r>
    </w:p>
    <w:p>
      <w:r>
        <w:t>Súd: Krajský súd Bratislava</w:t>
      </w:r>
    </w:p>
    <w:p>
      <w:r>
        <w:t>Spisová značka: 1S/242/2010</w:t>
      </w:r>
    </w:p>
    <w:p>
      <w:r>
        <w:t>ECLI: ECLI:SK:KSBA:2012:1010201754.2</w:t>
      </w:r>
    </w:p>
    <w:p>
      <w:r>
        <w:t>Dátum vydania: 25.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1S/242/2010 Identifikačné číslo súdneho spisu: 1010201754 Dátum vydania rozhodnutia: 26. 04. 2012 Meno a priezvisko sudcu, VSÚ: JUDr. Nora Majerníková ECLI: ECLI:SK:KSBA:2012:1010201754.2 Uznesenie Krajský súd v Bratislave v právnej veci žalobcu: Pospíšil &amp; Partners, k.s., so sídlom Šoltésovej 20, 811 08 Bratislava, správca konkurznej podstaty MARSI, s.r.o., IČO 35 947 306 so sídlom Staré Grunty 56, 841 04 Bratislava proti žalovanému: Finančné riaditeľstvo SR, IČO: 00 634 816, so sídlom Vazovova 2, 815 11 Bratislava o preskúmanie zákonnosti rozhodnutia č. I/221/8574-78211/2010/991909-r zo dňa 22.7.2010, takto r o z h o d o l : Krajský súd v Bratislave konanie z a s t a v u j e . Žiaden z účastníkov n e m á právo na náhradu trov konania. o d ô v o d n e n i e : Žalobou podanou na Krajskom súde v Bratislave dňa 30.9.2010 sa žalobca domáhal preskúmania zákonnosti rozhodnutia žalovaného č. I/221/8574-78211/2010/991909-r zo dňa 22.7.2010, ktorým žalovaný v zmysle ustanovenia § 48 ods. 5 zákona č. 511/1992 Zb. o správe daní v znení neskorších predpisov potvrdil dodatočný platobný výmer Daňového úradu Bratislava IV č. 603/230/18478/2010/ Čech zo dňa 5.3.2010, ktorým podľa ustanovenia § 44 ods. 6 písm. b) bod 1 zákona č. 511/1992 Zb. vyrubil rozdiel dane z pridanej hodnoty za zdaňovacie obdobie august 2008 v sume 316.627,53 eura daňovému subjektu MARSI, s.r.o., resp. žalobcovi. V priebehu konania bol na majetok dlžníka MARSI, s.r.o. vyhlásený konkurz (sp.zn. 4K/83/2010). Na dopyt súdu správca konkurznej podstaty podaním zo dňa 11.4.2012 oznámil, že uznal prihlásenú pohľadávku veriteľa, resp. žalovaného v celom rozsahu ako oprávnenú, a preto považuje konanie za bezpredmetné, t.j. vzal žalobu späť. Podľa ustanovenia § 250h ods. 2 O.s.p. až do rozhodnutia súdu môže žalobca vziať žalobu späť; ak žalovanému medzitým vznikli trovy konania, rozhodne súd o ich náhrade. Podľa ustanovenia § 250d ods. 3 O.s.p. súd uznesením konanie zastaví aj vtedy, ak žaloba bola vzatá späť (§ 250h ods. 2 O.s.p.). Nakoľko žalobca vzal späť žalobu pred rozhodnutím veci, súd v súlade s ustanovením § 250d ods. 3 O.s.p. konanie zastavil. O náhrade trov konania súd rozhodol podľa § 146 ods. 1 písm. c) O.s.p. s použitím ustanovenia § 246c O.s.p. tak, že žiaden z účastníkov nemá právo na náhradu trov konania, nakoľko konanie vo veci bolo zastavené.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https://www.kauzis.sk/judikatura/r/ECLI:SK:KSBA:2012:1010201754.2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