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8Sd/84/2010 z 19. 3. 2012</w:t>
      </w:r>
    </w:p>
    <w:p>
      <w:r>
        <w:t>Rozsudok Krajského súdu Bratislava z 19. marca 2012, sp. zn. 8Sd/84/2010, ECLI:SK:KSBA:2012:1010201758.1</w:t>
      </w:r>
    </w:p>
    <w:p>
      <w:r>
        <w:t>Súd: Krajský súd Bratislava</w:t>
      </w:r>
    </w:p>
    <w:p>
      <w:r>
        <w:t>Spisová značka: 8Sd/84/2010</w:t>
      </w:r>
    </w:p>
    <w:p>
      <w:r>
        <w:t>ECLI: ECLI:SK:KSBA:2012:1010201758.1</w:t>
      </w:r>
    </w:p>
    <w:p>
      <w:r>
        <w:t>Dátum vydania: 19. 3. 2012</w:t>
      </w:r>
    </w:p>
    <w:p>
      <w:r>
        <w:t>Forma: Rozsudok</w:t>
      </w:r>
    </w:p>
    <w:p>
      <w:r>
        <w:t>Oblasť práva: Správne právo</w:t>
      </w:r>
    </w:p>
    <w:p>
      <w:pPr>
        <w:pStyle w:val="Heading2"/>
      </w:pPr>
      <w:r>
        <w:t>Text rozhodnutia</w:t>
      </w:r>
    </w:p>
    <w:p>
      <w:r>
        <w:t>Súd: Krajský súd Bratislava Spisová značka: 8Sd/84/2010 Identifikačné číslo súdneho spisu: 1010201758 Dátum vydania rozhodnutia: 20. 03. 2012 Meno a priezvisko sudcu, VSÚ: JUDr. Peter Pospech ECLI: ECLI:SK:KSBA:2012:1010201758.1 ROZSUDOK V MENE SLOVENSKEJ REPUBLIKY Krajský súd v Bratislave pred samosudcom JUDr. Petrom Pospechom, v právnej veci navrhovateľa: B. M., r.č. XXXXXX/XXXX, bytom B. Š. XXX,, proti odporkyni: Sociálna poisťovňa - ústredie Bratislava, Ul. 29. augusta 8, Bratislava, zast. JUDr. Helenou Blahutovou, v spore o invalidný dôchodok, takto r o z h o d o l : Krajský súd napadnuté rozhodnutie odporkyne č.XXX XXX XXXX X zo dňa 8.4.2010, v spojení so zmenovým rozhodnutím zo dňa 08.02.2011 p o t v r d z u j e. Navrhovateľovi súd náhradu trov konania n e p r i z n á v a. o d ô v o d n e n i e : Napadnutým rozhodnutím č. XXX XXX XXXX X zo dňa 8.4.2010, podľa § 70 a § 71 zákona č. 461/2003 Z.z. o sociálnom poistení v znení neskorších predpisov odporkyňa zmietla žiadosť navrhovateľa o invalidný dôchodok. Svoje rozhodnutie odporkyňa oprela o posudok posudkových lekárov sociálneho poistenia, ktorí vo výroku uviedli, že navrhovateľ nie je invalidný podľa § 71 ods. 1 a § 70 ods. 2 zákona č. 461/2003 Z.z. o sociálnom poistení v znení zákona č. 439/2004, lebo pre dlhodobo nepriaznivý zdravotný stav nemá pokles schopnosti vykonávať zárobkovú činnosť o viac ako 40% v porovnaní so zdravou fyzickou osobou. Navrhovateľ vo svojom opravnom prostriedku namieta správnosť napadnutého rozhodnutia a žiada o znovu prehodnotenie zdravotného stavu. K opravnému prostriedku sa písomne vyjadrila odporkyňa, ktorá vo svojom písomnom vyjadrení uviedla, že závery posudkových komisií sú presvedčivé, založené na potrebných odborných nálezoch, ktoré ozrejmujú rozsah zdravotného poškodenia, sú úplné, zrozumiteľné a dostatočné pre záver, že invalidita navrhovateľa sa v konaní nepreukázala. Vzhľadom na tieto závery žiada rozhodnutie č.XXX XXX XXXX X zo dňa 8.4.2010 v spojení so zmenovým rozhodnutím zo dňa 08.02.2011 ako vecne správne potvrdiť podľa § 250q ods. 2 O.s.p. Krajský súd v Bratislave ako súd vecne a miestne príslušný na konanie podľa tretej hlavy piatej časti O.s.p. preskúmal napadnuté rozhodnutie v rozsahu dôvodov, ktoré navrhovateľ uviedol vo svojom opravnom prostriedku podľa § 244 O.s.p. Po oboznámení sa so spisovým materiálom súd zistil nasledovný skutkový a právny stav. Navrhovateľ žiadosťou spísanou dňa 15.02.2010 si uplatnil nárok na priznanie invalidného dôchodku od 24.06.2009. Podľa posudku posudkového lekára sociálneho poistenia Sociálnej poisťovne, pobočky Bratislava zo dňa 29.09.2010 navrhovateľ nie je invalidný podľa § 71 ods. 1 zákona č. 461/2003 Z.z. o sociálnom poistení, lebo pre dlhodobo nepriaznivý zdravotný stav nemá pokles schopnosti vykonávať zárobkovú činnosť o viac ako 40% v porovnaní so zdravou fyzickou osobou. Miera poklesu schopnosti vykonávať zárobkovú činnosť je 30% v porovnaní so zdravou fyzickou osobou. Zdravotný stav a mieru poklesu schopnosti vykonávať zárobkovú činnosť posúdili v rámci preskúmavacieho konania a náležite sa s ňou vysporiadali prvostupňový i druhostupňový lekár so zhodnými posudkovými závermi vo vzťahu k jeho pracovnej schopnosti. Obe posudkové komisie sa s odbornou starostlivosťou zaoberali námietkami navrhovateľa s tým, že miera poklesu schopnosti je 35% v porovnaní so zdravou fyzickou osobou, z ktorého dôvodu bolo vydané aj zmenové rozhodnutie zo dňa 08.02.2011. Navrhovateľ sa pojednávania v predmetnej veci nezúčastnil a nepredložil žiadne nové lekárske správy. Vzhľadom k vykázanému doručeniu predvolania uložením na pošte, súd konal a rozhodoval v súlade s ustanovením § 101 ods. 2 O.s.p. Vzhľadom na vyššie uvedené súd napadnuté rozhodnutie č. 910 124 6638 zo dňa 08.04.2010 v spojení so zmenovým rozhodnutím zo dňa 08.02.2011 ako vecne správne potvrdil podľa § 250q ods. 2 O.s.p. Výrok o trovách konania súd oprel o neúspešnosť navrhovateľa v spore, ktorému v súlade s ust. § 250 k ods. 1 O.s.p. náhradu trov konania nepriznal. Poučenie: Proti tomuto rozhodnutiu je možné podať odvolanie do 15 dní od jeho doručenia na Krajský súd v Bratislave, písomne, dvojmo. V odvolaní sa má popri všeobecných náležitostiach (§ 42 ods. 3 O.s.p.) uviesť, voči ktorému rozhodnutiu odvolanie smeruje, v akom rozsahu ho napáda a v čom navrhovateľ vidí nesprávnosť postupu a rozhodnutia súdu.</w:t>
      </w:r>
    </w:p>
    <w:p/>
    <w:p>
      <w:r>
        <w:t>Zdroj: KAUZIS.SK – https://www.kauzis.sk/judikatura/r/ECLI:SK:KSBA:2012:1010201758.1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