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2S/334/2010 z 9. 4. 2012</w:t>
      </w:r>
    </w:p>
    <w:p>
      <w:r>
        <w:t>Uznesenie Krajského súdu Bratislava z 9. apríla 2012, sp. zn. 2S/334/2010, ECLI:SK:KSBA:2012:1010201977.2</w:t>
      </w:r>
    </w:p>
    <w:p>
      <w:r>
        <w:t>Súd: Krajský súd Bratislava</w:t>
      </w:r>
    </w:p>
    <w:p>
      <w:r>
        <w:t>Spisová značka: 2S/334/2010</w:t>
      </w:r>
    </w:p>
    <w:p>
      <w:r>
        <w:t>ECLI: ECLI:SK:KSBA:2012:1010201977.2</w:t>
      </w:r>
    </w:p>
    <w:p>
      <w:r>
        <w:t>Dátum vydania: 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2S/334/2010 Identifikačné číslo súdneho spisu: 1010201977 Dátum vydania rozhodnutia: 10. 04. 2012 Meno a priezvisko sudcu, VSÚ: JUDr. Ivana Nevíďanská ECLI: ECLI:SK:KSBA:2012:1010201977.2 Uznesenie Krajský súd v Bratislave v právnej veci žalobcu: CDS, spol. s r. o., Trenčianska 53, 821 09 Bratislava, zastúpeného: Heringeš &amp; Partner, s.r.o., advokátska kancelária so sídlom Sasinkova 6, 811 08 Bratislava I, proti žalovanému: Úrad pre verejné obstarávanie, Dunajská 68, 820 04 Bratislava, o preskúmanie zákonnosti rozhodnutia žalovaného č. 1228-211.7000/2010 zo dňa 20.10.2010, takto r o z h o d o l : Krajský súd v Bratislave p r i b e r á do konania verejného obstarávateľa Fakultnú nemocnicu Nitra, Špitálska 6, 950 01 Nitra. o d ô v o d n e n i e : Žalobou doručenou súdu dňa 05.11.2010 sa žalobca domáhal preskúmania zákonnosti rozhodnutia žalovaného č. 1228-211.7000/2010 zo dňa 20.10.2010, ktorým žalovaný zamietol námietky žalobcu podľa § 139 ods. 4 zákona č. 25/2006 Z.z. o verejnom obstarávaní a o zmene a doplnení niektorých zákonov v znení neskorších predpisov. Podľa § 250 ods. 1 Občianskeho súdneho poriadku (ďalej len ,,OSP“) účastníkmi konania sú žalobca a žalovaný. Súd aj bez návrhu uznesením priberie do konania účastníka správneho konania, ktorého práva a povinnosti by mohli byť zrušením správneho rozhodnutia dotknuté. Nakoľko z napadnutého rozhodnutia žalovaného vyplýva, že vo výroku uvedený verejný obstarávateľ by jeho zrušením mohol byť dotknutý na jeho právach a povinnostiach, súd rozhodol tak, ako je uvedené vo výroku tohto uznesenia. Poučenie: Proti tomuto uzneseniu možno podať odvolanie v lehote 15 dní odo dňa jeho doručenia na Krajský súd v Bratislave, písomne v dvoch vyhotoveniach. Podaním odvolania oprávnenou osobou v odvolacej lehote sa uznesenie zrušuje a vo veci opätovne rozhodne sudca (§ 374 ods. 4 OSP). V odvolaní sa má popri všeobecných náležitostiach (§ 42 ods. 3 OSP)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https://www.kauzis.sk/judikatura/r/ECLI:SK:KSBA:2012:1010201977.2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