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6Sd/100/2010 z 17. 1. 2012</w:t>
      </w:r>
    </w:p>
    <w:p>
      <w:r>
        <w:t>Rozsudok Krajského súdu Bratislava z 17. januára 2012, sp. zn. 6Sd/100/2010, ECLI:SK:KSBA:2012:1010201983.2</w:t>
      </w:r>
    </w:p>
    <w:p>
      <w:r>
        <w:t>Súd: Krajský súd Bratislava</w:t>
      </w:r>
    </w:p>
    <w:p>
      <w:r>
        <w:t>Spisová značka: 6Sd/100/2010</w:t>
      </w:r>
    </w:p>
    <w:p>
      <w:r>
        <w:t>ECLI: ECLI:SK:KSBA:2012:1010201983.2</w:t>
      </w:r>
    </w:p>
    <w:p>
      <w:r>
        <w:t>Dátum vydania: 17. 1. 2012</w:t>
      </w:r>
    </w:p>
    <w:p>
      <w:r>
        <w:t>Forma: Rozsudok</w:t>
      </w:r>
    </w:p>
    <w:p>
      <w:r>
        <w:t>Oblasť práva: Správne právo</w:t>
      </w:r>
    </w:p>
    <w:p>
      <w:pPr>
        <w:pStyle w:val="Heading2"/>
      </w:pPr>
      <w:r>
        <w:t>Text rozhodnutia</w:t>
      </w:r>
    </w:p>
    <w:p>
      <w:r>
        <w:t>Súd: Krajský súd Bratislava Spisová značka: 6Sd/100/2010 Identifikačné číslo súdneho spisu: 1010201983 Dátum vydania rozhodnutia: 18. 01. 2012 Meno a priezvisko sudcu, VSÚ: JUDr. Renáta Janáková ECLI: ECLI:SK:KSBA:2012:1010201983.2 ROZSUDOK V MENE SLOVENSKEJ REPUBLIKY Krajský súd v Bratislave, samosudkyňou JUDr. Renátou Janákovou, v právnej veci navrhovateľky: X. N. a y F. l o v , bytom Z., V. Č.. XX, zastúpenej R.. R. N., proti odporkyni: Sociálna poisťovňa - ústredie v Bratislave, Ul. 29. augusta č. 10, T. invalidn X., takto r o z h o d o l : Súd rozhodnutie odporkyne č. XXXXXXX XXX X zo dňa XX.X.XXXX podľa § 250j ods. 2 O.s.p. písm. c) O.s.p. z r u š u j e a vec v r a c i a odporkyni na ďalšie konanie. Navrhovateľke súd náhradu trov konania n e p r i z n á v a. o d ô v o d n e n i e : Odporkyňa napadnutým rozhodnutím č. XXXXXXX XXX X zo dňa XX.X.XXXX podľa § 70 ods. 1 a § 82 zákona č. 461/2003 Z.z. o sociálnom poistení v znení neskorších predpisov navrhovateľke priznala invalidný dôchodok od XX. F. XXXX. Rozhodla tak s odôvodnením, že podľa posudku posudkového lekára sociálneho poistenia, pobočky Sociálnej poisťovne v Bratislave zo dňa X. V. XXXX, navrhovateľka pre dlhodobo nepriaznivý zdravotný stav má pokles schopnosti vykonávať zárobkovú činnosť o XX %. v porovnaní so zdravou fyzickou osobou od XX. F. XXXX. Proti tomuto rozhodnutiu podala navrhovateľka včas opravný prostriedok v ktorom uviedla, že jej vznikol nárok na invalidný dôchodok v zmysle ust. § 70 ods. 2 zák. č. 461/2003 Z.z., pretože má vrodené ochorenie - Marfanov syndróm a pre toto ochorenie už v detstve navštevovala denné očné sanatórium, ako aj základnú školu pre slabozrakých a jej sestre pre rovnaké zdravotné ochorenie bola priznaná invalidita z mladosti. Krajský súd preskúmal napadnuté rozhodnutie, ako aj rozhodnutie odporkyne vydané počas súdneho konania i konanie, ktoré im predchádzalo (§ 250l a nasl. O.s.p.), prejednal návrh navrhovateľky a po nariadení pojednávania v zmysle § 250q ods. 1 O.s.p. dospel k záveru, že návrh je dôvodný. Pri preskúmavaní zákonnosti rozhodnutia súd skúma, či napadnuté rozhodnutie je v súlade s právnym poriadkom Slovenskej republiky, teda najmä s hmotnými a procesnými administratívnymi predpismi. V intenciách citovaného ustanovenia § 250l ods. 2 O.s.p. a § 244 ods. 1 O.s.p. súd preskúmava aj zákonnosť postupu správneho orgánu, ktorým sa rozumie aktívna činnosť správneho orgánu podľa procesných a hmotno-právnych noriem, ktorou realizuje právomoc stanovenú zákonmi. Súd vykonal dokazovanie výsluchom zástupkyne navrhovateľky a zástupcu odporkyne, oboznámením sa s rozhodnutím č. XXXXXXX XXX X zo dňa XX.X.XXXX, posudkom posudkového lekára Sociálnej poisťovne, pobočka Bratislava zo dňa X.X.XXXX, posudkom posudkového lekára Sociálnej poisťovne, ústredie Bratislava zo dňa X.XX.XXXX, z XX.X. XXXX, s posudkovým spisom odporkyne a zistil nasledovný skutkový stav. Za účelom posúdenia invalidity navrhovateľky na základe jej žiadosti o invalidný dôchodok zo dňa XX. F. XXXX vypracoval posudkový lekár sociálneho poistenia Sociálnej poisťovne, pobočka Bratislava W.. Ľ.U. G. lekársku správu - posudok dňa X. V. XXXX, v ktorej zohľadnila aj lekárske vyšetrenia predložené navrhovateľkou: genetické vyšetrenie zo dňa X.X.XXXX, očné vyšetrenie zo dňa X.X.XXXX, ortopedické vyšetrenie zo dňa X.X.XXXX, interné vyšetrenie zo dňa X.X.XXXX, psychiatrické vyšetrenie zo dňa XX.X.XXXX a neurologické vyšetrenie zo dňa XX.X.XXXX. V lekárskom posudku uviedla, že navrhovateľka má geneticky potvrdené ochorenie - Marfanov syndróm, najhoršie je postihnutie zraku dosahujúce praktickú slepotu, čomu zodpovedá miera poklesu schopnosti vykonávať zárobkovú činnosť - XX %.. Dátum vzniku invalidity určila od XX.X.XXXX. Za rozhodujúce zdravotné postihnutie u navrhovateľky určila praktickú slepotu, (Kapitola VII, oddiel A, položka 4, prílohy č. 4 zákona č. 461/03 Z.z. o sociálnom poistení), percentuálnu mieru pre iné zdravotné postihnutie nenavýšila. Navrhovateľka je invalidná podľa § 71 ods. 1 zákona č. 461/2003 Z.z. o sociálnom poistení, lebo pre dlhodobo nepriaznivý zdravotný stav má pokles schopnosti vykonávať zárobkovú činnosť o viac ako 40 % v porovnaní so zdravou fyzickou osobou. Miera poklesu schopnosti vykonávať zárobkovú činnosť v percentách je XX %.. Na základe podaného opravného prostriedku navrhovateľkou proti rozhodnutiu Sociálnej poisťovne, ústredie Bratislava, zdravotný stav a pracovnú schopnosť navrhovateľky posúdil posudkový lekár sociálneho poistenia Sociálnej poisťovne, ústredie Bratislava W.. X. N.Á., ktorá v posudku zo dňa X. I. XXXX uviedla, že navrhovateľka je s anamnézou primárneho ochorenia v zmysle Marfanovho syndrómu prvého typu, ktorý bol potvrdený aj genetickým vyšetrením dňa X.X.XXXX. Jedná sa o autozomálne dominantný typ dedičnosti s XX %. rizikom výskytu u potomstva. V popredí klinického obrazu je oftalmologický nález - subluxácia šošoviek obojstranne. Marfanov syndróm je genetické ochorenie, ktoré dominantne postihuje celý organizmus, je spôsobené dedičnou zmenou génu - mutáciou, ktorý sa nachádza na chromozóme 15. Podľa vyjadrenia navrhovateľky a jej matky, ktorá ju sprevádzala na posúdení jej zdravotného stavu, je pre toto ochorenie sledovaná od detstva na očnej ambulancii, tak isto na kardiologickej a ortopedickej ambulancii. Podľa lekárskej správy, ktorá je veľmi strohá a krátka z očnej ambulancie zo dňa XX.X.XXXX je potvrdenie profesora očnej kliniky, že navrhovateľka je sledovaná s vrodenou poruchou pri základnom ochorení od r. 2004, stav nie je korigovateľný dioptrickými sklami, preto operácia šošoviek predstavuje pre menovanú zvýšené riziko. Očné vyšetrenie zo dňa X.X.XXXX od iného očného lekára záveruje daný stav ako Marfanov syndróm, subluxovaná šošovka oka obojstranne, pacientka je slabozraká, doporučuje extrahovať jednu šošovku, za tým je uvedený záver, že pacientka je prakticky slepá, bez ďalších doplňujúcich vyšetrení. Po dôkladnom preštudovaní kompletnej posudkovej spisovej dokumentácie a odborných nálezov, ktoré sú zdokladované, najmä z roku 2010 a veľmi ojedinelých zastaralých nálezov písaných rukou, nečitateľných z roku XXXX, XXXX a prepúšťacej správy z roku XXXX E. LU z posudkového a klinického hľadiska konštatoval, že zdravotný stav navrhovateľky spĺňa posudkové kritériá na uznanie invalidity s MPSVZČ XX %. T. XX.X.XXXX. Uznanie invalidity u navrhovateľky v čase, kedy bola nezaopatreným dieťaťom, z posudkového hľadiska nie možné, nakoľko od narodenia až do roku 2010 nie sú zdokladované lekárske nálezy, ktoré by potvrdili, že od narodenia je pravidelne v liečbe odborných ambulancií s dokázanými všetkými komplikáciami, ktoré Marfanov syndróm v klinickom obraze dotvárajú. Jednoznačne nie je postačujúce len vyjadrenie, že sa jedná o vrodené ochorenie, alebo laické uzávery z Asociácie Marfanovho syndrómu o postihnutí organizmu ako celku. Všetky podrobnejšie lekárske nálezy sú s dátumom v roku 2010. V popredí je len očný nález, z reumatologického a ortopedického hľadiska nebolo potvrdené žiadne systémové ochorenie pohybového aparátu a spojivového tkaniva, skolióza chrbtice v oblasti hrudného - driekového segmentu je ľahkého stupňa, kardiologický nález - ECHO KG vyšetrenie srdca z 02/2010 potvrdilo len prolaps predného cípu mitrálnej chlopne s mitrálnou regurgitáciou I. stupňa, inak nález na celom srdci bol negatívny, stav uzatvorený ako Marfanov syndróm inkompletný (nekompletný obraz), z kardiologického hľadiska nie je nutná žiadna liečba, len sledovanie. Ergometrické vyšetrenie z XX/XXXX je bez patologického nálezu. Pridružené sekundárne ochorenia posudkový lekár vyhodnotil ako posudkovo nezávažné, dosahujú ľahký stupeň, nie sú predmetom invalidizácie. Posudkový lekár za rozhodujúce zdravotné postihnutie určil choroby zmyslových orgánov, - zrak, - praktická slepota oboch očí pri základnom ochorení, H 54 (Kapitola VII, odd. A, položka 4) prílohy číslo 4 zákona č. 461/2003 Z. z. o sociálnom poistení). Pre iné zdravotné postihnutie posudkový lekár nezvýšil percentuálnu mieru poklesu schopnosti vykonávať zárobkovú činnosť. Posudkový lekár určil, že navrhovateľka je invalidná podľa § 71 ods. 1 z. č. 461/03 Z.z. lebo pre dlhodobo nepriaznivý zdravotný stav má pokles schopnosti vykonávať zárobkovú činnosť o viac ako XX %. v porovnaní so zdravou fyzickou osobou, miera poklesu schopnosti vykonávať zárobkovú činnosť v percentách je XX %. s dátumom vzniku invalidity od XX. F. XXXX. Zástupkyňa navrhovateľky v priebehu konania predložila súdu ďalšie lekárske nálezy a správy z vyšetrení navrhovateľky, ktoré podľa jej tvrdení preukazujú, že u navrhovateľky sa vrodené ochorenie Marfanov syndróm prejavilo už v detstve, na ktoré sa aj liečila, len v tom čase genetické vyšetrenia ani nevylúčili a ani nepotvrdili Marfanov syndróm, no problémy s očami navrhovateľka mala už v čase navštevovania základnej školy, navštevovala denné očné sanatórium a základnú školu pre slabozrakých, čo bolo možné na základe lekárskych vyšetrení a lekárske správy zostali v týchto zariadeniach, preto s lekárskym posudkom zo dňa X.XX.XXXX nesúhlasila a považovala ho za nevyčerpávajúci. Posudkový lekár sociálneho poistenia Sociálnej poisťovne, ústredie Bratislava W.. X. N. za účasti očného lekára W.. N. K., na základe žiadosti súdu v doplňujúcom lekárskom posudku zo dňa XX.X.XXXX z posudkového hľadiska konštatoval, že nakoľko neboli dokázané ortopedické kardiálne a ani iné komplikácie pri Marfanovom syndróme sú úvahy pre spätnú invalidizáciu bezpredmetné nepodstatné. Matkanavrhovateľky sa odvoláva na poškodenie očí u dcéry, pričom z minulosti jednoznačne chýbajú kompletné očné vyšetrenia na základe ktorých by bolo možné spätné uznanie invalidity. Ku dňu XX.X.XXXX nie sú zdokladované relevantné očné vyšetrenia na základe ktorých by bolo možné posúdiť objektívne zdravotný stav navrhovateľky. Záverom konštatuje, že z posudkového hľadiska a klinického hľadiska zotrváva na výroku posudku a MPSVZČ 80 %, tak ako je uvedené v správe z SPÚ BA zo dňa X.XX.XXXX. Podľa vyjadrenia X.. W.. W. T., H.., W., genetika z lekárskej genetiky a z Centra starostlivosti o pacientov s Marfanovým syndrómom, Marfanov syndróm je genetické ochorenie ktoré dominantne postihuje celý organizmus. Toto závažné ochorenie spôsobuje oslabenie všetkých dôležitých orgánov: srdca, očí, chrbtice, pľúc, ľadvín a oslabený je komplet cievny systému uvoľnený klbový mechanizmus. Marfanov syndróm sa dedí ako tzv. autozomálne dominantné ochorenie. Vyliečenie ani zlepšenie zdravotného stavu nie je možné, naopak opotrebovanie organizmu postupuje veľmi rýchlo, zlyhanie životných orgánov hrozí i vo veľmi nízkom veku pacienta. Podľa tohto vyjadrenia navrhovateľka je typický genetický prípad postihnutej Marfanovým syndrómom (ďalej len MS), má zasiahnuté všetky životu dôležité orgány, MS jej bol diagnostikovaný už v útlom detskom veku. Organizmus je natoľko oslabený, že v pracovnom ani v súkromnom živote nie je schopná vykonávať bežnú činnosť, ktorá si vyžaduje námahu a záťaž. MS je ochorenie ktoré oslabuje a zasahuje celý o organizmus a táto skutočnosť sa zohľadnuje pri posudzovaní miery funkčnej poruchy a percentuálnej miefy poklesu zárobkovej činnosti spolu s faktom, že problémy ktoré MS spôsobuje sa s vekom pacienta zvýrazňujú. Ľudia s MS patria do kategórie ťažko zdravotne postihnutých s trvalou pracovnou neschopnosťou majú skrátenú dĺžku života. Zlepšiť prognózu ochorenia a dlžku pacientovho života môže len včasná diagnostika, zdravotná starostlivosť, ale hlavne úprava životného štýlu a skrátenie pracovného nasadenia formou zaradenia pacienta do predčasného invalidného dôchodku. Zástupca odporkyne prítomný na pojednávaní poukázal na zhodné posudkové závery prvostupňového a druhostupňového posudkového lekára a vzhľadom k nim navrhol napadnuté rozhodnutie odporkyne ako vecne správne potvrdiť. Podľa § 70 ods. 1 zákona č. 461/2003 Z.z. o sociálnom poistení poistenec má nárok na invalidný dôchodok, ak sa stal invalidný, získal počet rokov dôchodkového poistenia uvedený v § 72 a ku dňu vzniku invalidity nespĺňa podmienky nároku na starobný dôchodok alebo mu nebol priznaný predčasný starobný dôchodok. Podľa § 70 ods. 2 zákona č. 461/2003 Z.z. o sociálnom poistení fyzická osoba má nárok na invalidný dôchodok aj vtedy, ak sa stala invalidnou v období, v ktorom je nezaopatreným dieťaťom a má na území Slovenskej republiky trvalý pobyt. Nárok na invalidný dôchodok tejto fyzickej osobe vzniká najskôr odo dňa dovŕšenia 18 rokov veku. Nárok na invalidný dôchodok má aj fyzická osoba, ktorá sa stala invalidnou počas doktorandského štúdia v dennej forme, nedovŕšila 26 rokov veku a má na území Slovenskej republiky trvalý pobyt.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73 ods. 2 cit. zákona suma invalidného dôchodku poistenca, ktorý má percentuálny pokles schopnosti vykonávať zárobkovú činnosť najviac o 70 %,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&lt;aspi://module='ASPI'&amp;link='461/2003 Z.z.%252363'&amp;ucin-k-dni=' 3.12.2010'&gt; tretia veta a štvrtá veta platia rovnako. Podľa § 195 ods. 1 a 2 cit. zák. organizačná zložka Sociálnej poisťovne pred vydaním rozhodnutia postupuje tak, aby presne a úplne zistila skutočný stav veci, a na ten účel obstará potrebné podklady na rozhodnutie. Podkladom na rozhodnutie sú najmä podania, návrhy a vyjadrenia účastníkov konania, dôkazy, čestné vyhlásenia, ako aj skutočnosti všeobecne známe alebo známe organizačnej zložke Sociálnej poisťovne z jej činnosti. Podľa § 209 ods. 1 veta druhá zákona č. 461/2003 Z.z. o sociálnom poistení rozhodnutie musí byť v súlade so všeobecne záväznými právnymi predpismi, musí vychádzať zo spoľahlivo zisteného skutočného stavu veci a musí obsahovať predpísané náležitosti. Vychádzajúc z predloženej písomnej dokumentácie odporkyne po preskúmaní zákonnosti jej rozhodnutia a postupu súd dospel k záveru, že napadnuté rozhodnutie je potrebné zrušiť. Súd ustálil názor, že odporkyňa pred rozhodnutím o dávke, podmienenej dlhodobo nepriaznivým zdravotným stavom nepostupovala v súlade so zákonom, keď vo veci vydala rozhodnutie, ktoré nevychádzalo zo spoľahlivo zisteného skutočného stavu veci. Posudkový lekár sociálneho poistenia Sociálnej poisťovne pobočka Bratislava, ako aj posudkový lekár sociálneho poistenia Sociálnej poisťovne ústredie Bratislava vo svojich vyššie uvedených posudkoch dospeli k zhodnému názoru, že zdravotný stav navrhovateľky spĺňa zdravotné podmienky na priznanie invalidity podľa § 71 ods. 1 zákona č. 461/2003 Z.z. o sociálnom poistení od XX.X.XXXX. Navrhovateľka, ako aj jej zástupkyňa (matka) od samého počiatku tvrdili, že navrhovateľka trpí vrodeným genetickým ochorením - Marfanov syndróm, ktoré sa u nej prejavilo už v detstve, o čom predložila odporkyni a aj súdu lekárske potvrdenia, od W.. N. E. X.Ň. 2.X.XXXX F. T. W.. Q., zo dňa XX.X.XXXX, zo dňa XX.X.XXXX. Z tohto dôvodu navštevovala aj denné očné sanatórium a aj základnú školu pre slabozrakých. Je evidentné, že tieto zariadenia je možné navštevovať len na základe len na základe lekárskych odporúčaní, ktoré pramenia zo zdravotného stavu navrhovateľky. Z lekárskych potvrdení, ktoré navrhovateľka predložila od W.. N. a od W.. Q. je zrejmé, že už v tomto čase sa navrhovateľka liečila na ochorenie očí, aj keď sú písané rukou a majú iný ako štandardný formát, no sú opatrené pečiatkou lekára, ktorý ich aj podpísal. Posudkový lekár tieto lekárske nálezy, potvrdenia vyhodnotil ako zastaralé, písané rukou, nečitateľné, nepovažuje ich za očné vyšetrenia na základe ktorých by bolo možné spätné uznanie invalidity, kedy bola navrhovateľka nezaopatreným dieťaťom, pretože ku dňu XX.X.XXXX nie sú zdokladované relevantné očné vyšetrenia na základe ktorých by bolo možné posúdiť objektívne zdravotný stav navrhovateľky. Navrhovateľka nemôže znášať následky za formu lekárskeho nálezu, ktorý si zvolil odborný lekár a z tohto dôvodu nemôžu byť vyhodnotené ako nevierohodné. Rovnako vyjadrenie X.. W.. W. T., H.., W., genetika z lekárskej genetiky a z Centra starostlivosti o pacientov s Marfanovým syndrómom o tom, že u navrhovateľky sa jedná o vrodené ochorenie, posudkový lekár odporkyne považoval za laický uzáver. Podľa názoru súdu z takto zisteného skutkového stavu nemožno nad akúkoľvek pochybnosť dospieť k jednoznačnému záveru, či a odkedy navrhovateľka spĺňa zdravotnú podmienku pre priznanie invalidného dôchodku. Keďže závery posudkových lekárov sú v trvalom rozpore s lekárskymi nálezmi, ktoré spochybnili dátum vzniku invalidity navrhovateľky, ktorý bol ustálený posudkami, ide tu o podstatný a pretrvávajúci rozpor medzi názorom posudkového lekára a odborným lekárom. Vzhľadom na uvedený rozpor, ako aj doplnenia dokazovania o určenie dátumu vzniku invalidity súd posudky posudkových lekárov odporkyne nepovažoval za presvedčivé, úplné, vyčerpávajúce a úplné. Odporkyňa teda pred rozhodnutím o priznaní invalidného dôchodku navrhovateľke nezistila dátum vzniku invalidity u navrhovateľky spôsobom, ktorý by nevzbudzoval pochybnosti o správnom zhodnotení zdravotného postihnutia navrhovateľky. Odporkyni vyplýva povinnosť zo zákona č. 461/2003 Z.z. rozhodovať na základe skutočného stavu veci. Za takejto situácie musela a musí vykonať všetky dôkazy smerujúce k jeho riadnemu zisteniu. Dôkazy, ktoré sú podkladom jej rozhodnutí, musia mať taký charakter, aby nebolo možné pochybovať o ich hodnovernosti a objektívnom posúdení skutočného stavu veci. V ďalšom konaní je odporkyňa viazaná právnym názorom súdu ( § 250r O.s.p.) a jej úlohou bude presne a úplne zistiť skutočný stav veci (§ 195 ods. 1 zák. č. 461/2003 Z.z.). Pre posúdenie nároku na invalidný dôchodok je potrebné zvážiť prípadné nariadenie znaleckého dokazovania s tým, že znalec z odboru zdravotníctvo - oftalmológia, keďže u navrhovateľky je dominantné ochorenie očí, komplexne posúdi zdravotné postihnutie navrhovateľky, určí jej rozhodujúce zdravotné postihnutie a pričom zároveň určí aj dátum vzniku invalidity a následne sa vyjadrí, či sú na strane navrhovateľky splnené podmienky pre priznanie invalidity z detstva. Posudkový lekár sociálneho poistenia sa vyjadrí, či pre iné zdravotné postihnutie u navrhovateľky je možné zvýšiť MPSVZČ. Krajský súd vychádzajúc z vyššie citovaných zákonných ustanovení a z predloženej písomnej dokumentácie žalovaného, po preskúmaní zákonnosti rozhodnutia a postupu správneho orgánu dospel súd k záveru, že zistenie skutkového stavu je nedostačujúce na posúdenie veci a preto napadnuté rozhodnutie číslo XXXXXXX XXX X zo dňa XX.X.XXXX podľa § 250l ods. 2 v spojení s § 250j ods. 2 písm. c) O.s.p. zrušil a vec vrátil odporkyni na ďalšie konanie, pretože zistenie skutkového stavu je nedostačujúce na posúdenie veci. Podľa ust. § 250r O.s.p. je správny orgán pri novom prejednaní viazaný právnym názorom súdu. O trovách konania súd rozhodol podľa § 250k ods. 1 v spojení s § 250l ods. 2. Navrhovateľka bola v konaní úspešná, náhradu trov konania si neuplatnila a odporkyni trovy konania neprislúchajú. Poučenie: Proti tomuto rozsudku j e prípustné odvolanie len z dôvodov uvedených v § 250j ods. 2 písm. a) a písm. b) O.s.p., ktoré možno podať do 15 dní odo dňa jeho doručenia na Krajskom súde v Bratislave. Proti výroku o trovách konania možno podať odvolanie do 15 dní odo dňa jeho doručenia na Krajskom súde v Bratislave, písomne, dvojmo.</w:t>
      </w:r>
    </w:p>
    <w:p/>
    <w:p>
      <w:r>
        <w:t>Zdroj: KAUZIS.SK – https://www.kauzis.sk/judikatura/r/ECLI:SK:KSBA:2012:1010201983.2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