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5Sd/103/2010 z 27. 3. 2012</w:t>
      </w:r>
    </w:p>
    <w:p>
      <w:r>
        <w:t>Rozsudok Krajského súdu Bratislava z 27. marca 2012, sp. zn. 5Sd/103/2010, ECLI:SK:KSBA:2012:1010202018.1</w:t>
      </w:r>
    </w:p>
    <w:p>
      <w:r>
        <w:t>Súd: Krajský súd Bratislava</w:t>
      </w:r>
    </w:p>
    <w:p>
      <w:r>
        <w:t>Spisová značka: 5Sd/103/2010</w:t>
      </w:r>
    </w:p>
    <w:p>
      <w:r>
        <w:t>ECLI: ECLI:SK:KSBA:2012:1010202018.1</w:t>
      </w:r>
    </w:p>
    <w:p>
      <w:r>
        <w:t>Dátum vydania: 27. 3. 2012</w:t>
      </w:r>
    </w:p>
    <w:p>
      <w:r>
        <w:t>Forma: Rozsudok</w:t>
      </w:r>
    </w:p>
    <w:p>
      <w:r>
        <w:t>Oblasť práva: Správne právo</w:t>
      </w:r>
    </w:p>
    <w:p>
      <w:pPr>
        <w:pStyle w:val="Heading2"/>
      </w:pPr>
      <w:r>
        <w:t>Text rozhodnutia</w:t>
      </w:r>
    </w:p>
    <w:p>
      <w:r>
        <w:t>Súd: Krajský súd Bratislava Spisová značka: 5Sd/103/2010 Identifikačné číslo súdneho spisu: 1010202018 Dátum vydania rozhodnutia: 28. 03. 2012 Meno a priezvisko sudcu, VSÚ: JUDr. Renáta Janáková ECLI: ECLI:SK:KSBA:2012:1010202018.1 ROZSUDOK V MENE SLOVENSKEJ REPUBLIKY Krajský súd v Bratislave, samosudkyňou JUDr. Renátou Janákovou, v právnej veci navrhovateľa: S. O., bytom XXX XX F., S. Č.. XXXX/XX, A.. Q. O., F. XXX XX F., S. Č.. XXXX/XX proti odporkyni: Sociálna poisťovňa - ústredie v Bratislave, Ul. 29. augusta č.8, o sirotský dôchodok, takto r o z h o d o l : Súd rozhodnutie odporkyne č. XXX XXX XXXX X zo dňa 21. septembra 2010 z r u š u j e podľa ust. § 250j ods. 2 písm. a/ O.s.p. a vec v r a c i a odporkyni na ďalšie konanie. Účastníkom náhradu trov konania n e p r i z n á v a. o d ô v o d n e n i e : Odporkyňa napadnutým rozhodnutím č. XXX XXX XXXX X zo dňa 21. septembra 2010 podľa § 76 ods. 1 zákona číslo 461/2003 Z.z. o sociálnom poistení v znení neskorších predpisov navrhovateľovi zamietla žiadosť o sirotský dôchodok. Rozhodla tak s odôvodnením, že jeho zomrelý rodič nezískal do 7. júla 2009, t. j. ku dňu smrti potrebný počet rokov dôchodkového poistenia, nie sú splnené podmienky nároku na invalidný dôchodok, a preto nemá nárok na sirotský dôchodok. Proti tomuto rozhodnutiu podal navrhovateľ včas opravný prostriedok v ktorom uviedol, že zomrelý C. O. mal v roku 2006 na základe podaného daňového priznania k dani z príjmu príjem zo živnosti vo výške XXX.XXX,- Sk. Ako samostatne zárobkovo činnej osobe mu vzniklo od 1. júla 2007 povinné dôchodkové poistenie. Keďže k nároku na sirotský dôchodok mu chýbalo len 99 dní, chce tento nedoplatok na poistnom, ktorý vznikol jeho otcovi, zaplatiť. Krajský súd preskúmal napadnuté rozhodnutie, ako aj konanie, ktoré mu predchádzalo(§ 250l a nasl. O.s.p.), prejednal návrh navrhovateľa a po nariadení pojednávania v zmysle § 250q ods. 1 O.s.p. dospel k záveru, že návrh je dôvodný. Pri preskúmavaní zákonnosti rozhodnutia súd skúma, či napadnuté rozhodnutie je v súlade s právnym poriadkom Slovenskej republiky a v intenciách citovaných ustanovení § 250l ods. 2 O.s.p. a § 244 ods. 1 O.s.p. súd preskúmava aj zákonnosť postupu správneho orgánu, ktorým sa rozumie aktívna činnosť správneho orgánu, podľa procesných a hmotnoprávnych noriem, ktorou realizuje právomoc stanovenú zákonmi. Súd vykonal dokazovanie výsluchom zástupcu navrhovateľa, výsluchom zástupkyne odporkyne, oboznámením sa s dávkovým spisom odporkyne č. XXX XXX XXXX X a zistil nasledovný skutkový stav. Nebohý otec navrhovateľa - C. O., zomrel dňa X. R. XXXX. Vzhľadom na vek, ktorý nebohý dovŕšil do X. R. XXXX, t. j. do dňa smrti, je potrebný počet dôchodkového poistenia s poukazom na ust. § 72 ods. 1 písm. f/ O.s.p. zákona o sociálnom poistení 5 rokov z posledných 10 rokov pred 7. júlom 2009. Na základe údajov z evidenčného materiálu odporkyne bolo zistené, že nebohý C. O., za obdobie od 7. júla 1999 do 6. júla 2009 získal spolu 1726 dní, t. j. 4 roky a 266 dní, čím podľa odporkyne nesplnil zákonnú podmienku 5 rokov doby poistenia, a preto odporkyňa žiadosť o sirotský dôchodok zo 16. júna 2010 navrhovateľovi zamietla. Z písomného stanoviska Sociálnej poisťovne pobočka Bratislava zo dňa 15. decembra 2001 súd zistil, že zomrelému C. O. vznikla povinnosť sa prihlásiť a platiť poistné ako samostatne zárobkovo činnej osobe od 1. júla 2007 do 30. júna 2009. Z dôvodu, že zomrelý C. O. si nesplnil oznamovaciu povinnosť, podľa odporkyne dodatočné prihlásenie a doplatenie poistného pozostalou osobou nie je možné. Podľa § 14 ods. 1 písm. b/ zákona číslo 461/2003 Z.z. o sociálnom poistení povinne nemocensky poistení sú b) samostatne zárobkovo činná osoba, ktorej príjem z podnikania a z inej samostatnej zárobkovej činnosti podľa osobitného predpisu alebo výnos súvisiaci s podnikaním a s inou samostatnou zárobkovou činnosťou bol vyšší ako 12- násobok vymeriavacieho základu uvedeného v § 138 ods. 9. Podľa § 15 ods. 1 písm. b/ zákona číslo 461/2003 Z.z. o sociálnom poistení povinne dôchodkovo poistení sú b) samostatne zárobkovo činná osoba, ktorá je povinne nemocensky poistená. Podľa § 21 ods. 1 zákona číslo 461/2003 Z.z. o sociálnom poistení, povinné nemocenské poistenie a povinné dôchodkové poistenie samostatne zárobkovo činnej osobe vzniká od 1. júla kalendárneho roka nasledujúceho po kalendárnom roku, za ktorý jej príjem z podnikania a z inej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zárobkovou činnosťou nebol vyšší ako 12-násobok vymeriavacieho základu uvedeného v § 138 ods. 9, ak tento zákon neustanovuje inak. Podľa § 228 ods. 1 zákona číslo 461/2003 Z.z. o sociálnom poistení, samostatne zárobkovo činná osoba je povinná, ak tento zákon neustanovuje inak, predložiť príslušnej pobočke do 30. júna kalendárneho roka výpis z daňového priznania vrátane výpisu z opravného daňového priznania za predchádzajúci kalendárny rok; dodatočné daňové priznanie, ktoré má vplyv na vznik a zánik jej nemocenského poistenia a dôchodkového poistenia v bežnom roku, je povinná predložiť do ôsmich dní od jeho predloženia správcovi dane. Podľa § 228 ods. 3 zákona číslo 461/2003 Z.z. o sociálnom poistení, samostatne zárobkovo činná osoba je povinná prihlásiť sa na nemocenské poistenie a dôchodkové poistenie najneskôr do ôsmich dní od vzniku týchto poistení a odhlásiť sa z týchto poistení do ôsmich dní od ich zániku. Podľa § 78 ods. 1 zákona číslo 461/2003 Z.z. o sociálnom poistení, povinne dôchodkovo poistenej samostatne zárobkovo činnej osobe a dobrovoľne dôchodkovo poistenej osobe, ktoré nezaplatili včas a v správnej sumu poistné na dôchodkové poistenie za obdobie za ktoré boli povinné platiť poistné na dôchodkové poistenie, sa toto obdobie započíta na nárok na starobný dôchodok, predčasný starobný dôchodok a invalidný dôchodok a na určenie ich sumy ako obdobie dôchodkového poistenia odo dňa, v ktorom bola zaplatená celá suma dlžného poistného na dôchodkové poistenie. To platí aj na nárok na vdovský dôchodok, vdovecký dôchodok a sirotský dôchodok po fyzickej osobe uvedenej v prvej vete a na určenie ich sumy, ak vdova, vdovec alebo sirota zaplatili dlžnú sumu poistného na dôchodkové poistenie po fyzickej osobe uvedenej v prvej vete. Na účely určenia sumy starobného dôchodku alebo invalidného dôchodku zomretého poistenca sa poistné zaplatené podľa druhej vety považuje za zaplatené ku dňu jeho smrti. Vychádzajúc z predloženej písomnej dokumentácie odporkyne po preskúmaní zákonnosti jej rozhodnutia a postupu súd dospel k záveru, že napadnuté rozhodnutie je potrebné zrušiť. Súd sa nestotožnil s tvrdením odporkyne, že navrhovateľ nemôže doplatiť dlžnú sumu poisteného na dôchodkové poistenie po jeho zomrelom otcovi, pretože jeho zomrelý otec si nesplnil oznamovaciu povinnosť, neprihlásil sa a neplatil poistné ako samostatne zárobkovo činná osoba. So splnením si oznamovacej povinnosti v zmysle ust. § 228 ods. 1 zák. č. 461/2003 Z.z. a s prihlásením sa na dôchodkové poistenie v zmysle ust. § 228 ods. 3 zák. č. 461/2003 Z.z., nemožno spájať následok nemožnosti zaplatenia dlžného poistného na dôchodkovom poistení pozostalou osobou, ak o toto doplatenie sirota - navrhovateľ prejavil záujem. Z ustanovenia § 78 ods. 1 zákona číslo 461/2003 Z.z. o sociálnom poistení jednoznačne vyplýva možnosť zaplatenia dlžného poistného na dôchodkovom poistení sirotou po zomrelom rodičovi, ktorý poistné na dôchodkové poistenie ako povinne dôchodkovo poistená osoba nezaplatil včas a v správnej sume, čo navrhovateľov otec jednoznačne bol (§ 15 ods. 1 písm. b/ v spojení s § 14 ods. 1 písm. b/ zákona číslo 461/2003 Z.z. o sociálnom poistení), ust. § 78 nekladie podmienku splnenia oznamovacej a prihlasovacej povinnosti pre účely doplatenia resp. zaplatenia dlžnej sumy poisteného na dôchodkovom poistení. Toto ustanovenie nemožno vykladať na ujmu pozostalých detí, ktoré prejavili záujem o zaplatenie dlžného poistného na dôchodkovom poistení. Súd mal jednoznačne preukázané, že navrhovateľovi vzniklo povinné dôchodkové poistenie, čo ani odporkyňa sama vo svojich tvrdeniach nespochybnila.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Podľa § 250l ods. 2 O.s.p. pokiaľ v tejto hlave nie je ustanovené inak, použije sa primerane ustanovenie druhej hlavy s výnimkou § 250a. Podľa § 250q ods. 2 O.s.p. o opravnom prostriedku rozhodne súd rozsudkom, ktorým preskúmané rozhodnutie buď potvrdí, alebo ho zruší a vráti na ďalšie konanie. Ustanovenie § 250j ods. 5 platí obdobne. Krajský súd vychádzajúc z vyššie citovaných zákonných ustanovení a predloženej písomnej dokumentácie odporkyne, po preskúmaní zákonnosti rozhodnutia a postupu správneho orgánu dospel k záveru, že rozhodnutie odporkyne vychádzalo z nesprávneho právneho posúdenia veci, keď odporkyňa navrhovateľovi zamietla jeho žiadosť o sirotský dôchodok z dôvodu, že nemôže doplatiť dlžné poistné na dôchodkovom poistení po jeho zomrelom otcovi, ktorý si nesplnil svoju oznamovaciu povinnosť a neprihlásil sa do poistenia. Preto napadnuté rozhodnutie odporkyne číslo 920 724 6400 0 zo dňa 21. septembra 2010 podľa § 250l ods. 2 v spojení s § 250j ods. 2 písm. a/ O.s.p. zrušil a vec vrátil odporkyni na ďalšie konanie. Podľa ust. § 250r O.s.p. je správny orgán pri novom prejednaní veci viazaný právnym názorom súdu. O trovách konania súd rozhodol podľa § 250k ods. 1 v spojení s § 250l ods. 2 O.s.p. Navrhovateľ bol v konaní úspešný, náhradu trov konania si neuplatil a odporkyni trovy konania neprislúchajú. Poučenie: Proti tomuto rozsudku j e prípustné odvolanie len z dôvodov uvedených v § 250j ods. 2 písm. a/ a písm. b/ O.s.p. ktoré je možné podať do 15 dní odo dňa jeho doručenia cestou Krajského súdu v Bratislave na Najvyšší súd Slovenskej republiky, písomne, dvojmo. Proti výroku o trovách konania možno podať odvolanie do 15 dní odo dňa jeho doručenia, cestou Krajského súdu v Bratislave na Najvyšší súd Slovenskej republiky, písomne, dvojmo.</w:t>
      </w:r>
    </w:p>
    <w:p/>
    <w:p>
      <w:r>
        <w:t>Zdroj: KAUZIS.SK – https://www.kauzis.sk/judikatura/r/ECLI:SK:KSBA:2012:1010202018.1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