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8Sd/105/2010 z 26. 3. 2012</w:t>
      </w:r>
    </w:p>
    <w:p>
      <w:r>
        <w:t>Uznesenie Krajského súdu Bratislava z 26. marca 2012, sp. zn. 8Sd/105/2010, ECLI:SK:KSBA:2012:1010202040.1</w:t>
      </w:r>
    </w:p>
    <w:p>
      <w:r>
        <w:t>Súd: Krajský súd Bratislava</w:t>
      </w:r>
    </w:p>
    <w:p>
      <w:r>
        <w:t>Spisová značka: 8Sd/105/2010</w:t>
      </w:r>
    </w:p>
    <w:p>
      <w:r>
        <w:t>ECLI: ECLI:SK:KSBA:2012:1010202040.1</w:t>
      </w:r>
    </w:p>
    <w:p>
      <w:r>
        <w:t>Dátum vydania: 26. 3.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8Sd/105/2010 Identifikačné číslo súdneho spisu: 1010202040 Dátum vydania rozhodnutia: 27. 03. 2012 Meno a priezvisko sudcu, VSÚ: JUDr. Peter Pospech ECLI: ECLI:SK:KSBA:2012:1010202040.1 Uznesenie Krajský súd v Bratislave v právnej veci navrhovateľky: H. B., nar. XX.XX.XXXX, bytom X.H.Á. XX/XX, H.,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30.08.2010 žiadala preskúmať rozhodnutie odporkyne číslo: XXX XXX XXXX zo dňa 18.06.2010, ktorým odporkyňa priznala navrhovateľke invalidný dôchodok. Písomným prehlásením došlým súdu dňa 02.04.2012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https://www.kauzis.sk/judikatura/r/ECLI:SK:KSBA:2012:1010202040.1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