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5Sd/108/2010 z 31. 7. 2012</w:t>
      </w:r>
    </w:p>
    <w:p>
      <w:r>
        <w:t>Uznesenie Krajského súdu Bratislava z 31. júla 2012, sp. zn. 5Sd/108/2010, ECLI:SK:KSBA:2012:1010202076.1</w:t>
      </w:r>
    </w:p>
    <w:p>
      <w:r>
        <w:t>Súd: Krajský súd Bratislava</w:t>
      </w:r>
    </w:p>
    <w:p>
      <w:r>
        <w:t>Spisová značka: 5Sd/108/2010</w:t>
      </w:r>
    </w:p>
    <w:p>
      <w:r>
        <w:t>ECLI: ECLI:SK:KSBA:2012:1010202076.1</w:t>
      </w:r>
    </w:p>
    <w:p>
      <w:r>
        <w:t>Dátum vydania: 31.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5Sd/108/2010 Identifikačné číslo súdneho spisu: 1010202076 Dátum vydania rozhodnutia: 01. 08. 2012 Meno a priezvisko sudcu, VSÚ: JUDr. Renáta Janáková ECLI: ECLI:SK:KSBA:2012:1010202076.1 Uznesenie Krajský súd v Bratislave v právnej veci navrhovateľa: D. Z., T.. XX. I.Z. XXXX, H. XXX XX H., Y. Č.. X proti odporkyni: Sociálna poisťovňa - ústredie, Ul. 29. augusta č. 8, Bratislava, o invalidný dôchodok, takto r o z h o d o l : Súd konanie z a s t a v u j e. Žiaden z účastníkov n e m á právo na náhradu trov konania. o d ô v o d n e n i e : Navrhovateľ vo svojom podaní zo dňa 16. augusta 2010 žiadal preskúmať rozhodnutie odporkyne č. XXX XXX XXXX zo dňa 29. júla 2010, ktorým mu bol podľa § 70 ods. 1, § 293ax a § 82 zákona č. 461/2003 Z.z. o sociálnom poistení, priznaný od 1. januára 2010 invalidný dôchodok v sume 199,80 eur mesačne. Rozhodnutie žiadal preskúmať z dôvodu, že nesúhlasil s posúdením jeho zdravotného stavu Odporkyňa rozhodnutím č. XXX XXX XXXX zo dňa 9. marca 2012 podľa § 73, § 112 ods. 4 a § 82 zákona č. 461/2003 Z.z. o sociálnom poistení zvýšila navrhovateľovi sumu invalidného dôchodku od 30. júna 2011 na sumu 386,30 eur mesačne a od 1. januára 2012 na sumu 399,10 eur mesačne, čím navrhovateľovi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https://www.kauzis.sk/judikatura/r/ECLI:SK:KSBA:2012:1010202076.1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