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5Sd/108/2010 z 21. 11. 2012</w:t>
      </w:r>
    </w:p>
    <w:p>
      <w:r>
        <w:t>Opravné uznesenie Krajského súdu Bratislava z 21. novembra 2012, sp. zn. 5Sd/108/2010, ECLI:SK:KSBA:2012:1010202076.2</w:t>
      </w:r>
    </w:p>
    <w:p>
      <w:r>
        <w:t>Súd: Krajský súd Bratislava</w:t>
      </w:r>
    </w:p>
    <w:p>
      <w:r>
        <w:t>Spisová značka: 5Sd/108/2010</w:t>
      </w:r>
    </w:p>
    <w:p>
      <w:r>
        <w:t>ECLI: ECLI:SK:KSBA:2012:1010202076.2</w:t>
      </w:r>
    </w:p>
    <w:p>
      <w:r>
        <w:t>Dátum vydania: 21. 11. 2012</w:t>
      </w:r>
    </w:p>
    <w:p>
      <w:r>
        <w:t>Forma: Opravné uznesenie</w:t>
      </w:r>
    </w:p>
    <w:p>
      <w:pPr>
        <w:pStyle w:val="Heading2"/>
      </w:pPr>
      <w:r>
        <w:t>Text rozhodnutia</w:t>
      </w:r>
    </w:p>
    <w:p>
      <w:r>
        <w:t>Súd: Krajský súd Bratislava Spisová značka: 5Sd/108/2010 Identifikačné číslo súdneho spisu: 1010202076 Dátum vydania rozhodnutia: 22. 11. 2012 Meno a priezvisko sudcu, VSÚ: JUDr. Renáta Janáková ECLI: ECLI:SK:KSBA:2012:1010202076.2 Opravné uznesenie Krajský súd v Bratislave v právnej veci navrhovateľa: D. Z., T.. XX. I. XXXX, H.: Y. X, XXX XX H., proti odporkyni: Sociálna poisťovňa - ústredie, so sídlom: Ul. 29. Augusta 8, 813 63 Bratislava, o invalidný dôchodok, takto r o z h o d o l : Celé znenie odôvodnenia uznesenia Krajského súdu v Bratislave č. k. 5Sd/108/2010-21 zo dňa 1. augusta 2012 sa opravuje tak, že nové znenie odôvodnenia nahrádza pôvodné znenie odôvodnenia citovaného uznesenia. Nové znenie odôvodnenia uznesenia znie nasledovne: „Navrhovateľ vo svojom podaní zo dňa 19.10.2010 žiadal preskúmať rozhodnutie odporkyne č. XXX XXX XXXX zo dňa 6.9.2010, ktorým mu bola zamietnutá žiadosť o invalidný dôchodok, rozhodnutie žiadal preskúmať z dôvodu, že doplatil 4 dni dôchodkového poistného a teda spĺňa podmienku na vznik nároku na invalidný dôchodok. Odporkyňa rozhodnutím č. XXX XXX XXXX zo dňa 11.1.2012 podľa § 112 ods. 1 zákona č. 461/2003 Z.z. o sociálnom poistení zrušila svoje rozhodnutie č. XXX XXX XXXX zo dňa 6.9.2010. Odporkyňa rozhodnutím č. XXX XXX XXXX zo dňa 19.12.2011 podľa § 70 ods. 1 zákona č. 461/2003 Z.z. o sociálnom poistení a podľa čl. 15 ods. 1 Zmluvy medzi Slovenskou republikou a Chorvátskou republikou o sociálnom zabezpečení, navrhovateľovi priznala od 8.7.2010 invalidný dôchodok v sume 5 eur mesačne, ktorý podľa § 82 zákona č. 461/2003 Z.z. o sociálnom poistení a v súlade s opatrením Ministerstva práce, sociálnych vecí a rodiny Slovenskej republiky zvýšila sumu invalidného dôchodku od 1.1.2011 na 5,10 eur mesačne, čím navrhovateľovi celkom vyhovela. Podľa § 250o Občianskeho súdneho poriadku (ďalej len O.s.p.) ak správny orgán, ktorého rozhodnutie súd preskúmava, vydá nové rozhodnutie, ktorým návrhu celkom vyhovie, súd uznesením konanie zastaví. Súd podľa § 250o O.s.p. konanie zastavil. O trovách konania súd rozhodol podľa § 246c a § 146 ods. 1 písm. c) O.s.p.“ o d ô v o d n e n i e : Uznesením Krajského súdu v Bratislave č. k. 5Sd/108/2010-21 zo dňa 1. augusta 2012 súd zastavil konanie podľa § 250o Občianskeho súdneho poriadku (ďalej len O.s.p.), nakoľko správny orgán, ktorého rozhodnutie súd preskúmaval, vydal nové rozhodnutie, ktorým návrhu celkom vyhovel. Uznesenie nadobudlo právoplatnosť dňa 31. augusta 2012. Návrhom zo dňa 18. septembra 2012 odporkyňa požiadala tunajší súd o vydanie opravného uznesenia z dôvodu nesprávneho znenia odôvodnenia, keďže sa netýkalo navrhovateľa.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Nahliadnutím do spisu tunajšieho súdu 5Sd/108/2010 súd zistil, že dňa 1.08.2012 bol vyhotovený prvopis uznesenia č. k. 5Sd/108/2010-21 zo dňa 1.8.2012, ktorého odôvodnenie znie tak, ako je uvedené vo výroku tohto opravného uznesenia. Prvopis uznesenia je založený v spise na čísle listu 21. Pri vyhotovovaní rovnopisov tohto uznesenia však došlo k chybe v opise odôvodnenia predmetného uznesenia. Keďže súd toto svoje pochybenie zistil, opravuje nesprávne znenie odôvodnenia rovnopisov uznesenia č. k. 5Sd/108/2010 zo dňa 1.08.2012 na správne znenie, tak ako je to uvedené v prvopise predmetného uznesenia a vo výroku tohto opravného uznesenia. Poučenie: Proti tomuto uzneseniu nie je prípustné odvolanie.</w:t>
      </w:r>
    </w:p>
    <w:p/>
    <w:p>
      <w:r>
        <w:t>Zdroj: KAUZIS.SK – https://www.kauzis.sk/judikatura/r/ECLI:SK:KSBA:2012:1010202076.2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