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Dopĺňací rozsudok Krajského súdu Bratislava sp. zn. 2Co/118/2010 z 23. 10. 2012</w:t>
      </w:r>
    </w:p>
    <w:p>
      <w:r>
        <w:t>Dopĺňací rozsudok Krajského súdu Bratislava z 23. októbra 2012, sp. zn. 2Co/118/2010, ECLI:SK:KSBA:2012:1010897836.2</w:t>
      </w:r>
    </w:p>
    <w:p>
      <w:r>
        <w:t>Súd: Krajský súd Bratislava</w:t>
      </w:r>
    </w:p>
    <w:p>
      <w:r>
        <w:t>Spisová značka: 2Co/118/2010</w:t>
      </w:r>
    </w:p>
    <w:p>
      <w:r>
        <w:t>ECLI: ECLI:SK:KSBA:2012:1010897836.2</w:t>
      </w:r>
    </w:p>
    <w:p>
      <w:r>
        <w:t>Dátum vydania: 23. 10. 2012</w:t>
      </w:r>
    </w:p>
    <w:p>
      <w:r>
        <w:t>Forma: Dopĺňací rozsudok</w:t>
      </w:r>
    </w:p>
    <w:p>
      <w:pPr>
        <w:pStyle w:val="Heading2"/>
      </w:pPr>
      <w:r>
        <w:t>Text rozhodnutia</w:t>
      </w:r>
    </w:p>
    <w:p>
      <w:r>
        <w:t>Súd: Krajský súd Bratislava Spisová značka: 2Co/118/2010 Identifikačné číslo súdneho spisu: 1010897836 Dátum vydania rozhodnutia: 24. 10. 2012 Meno a priezvisko sudcu, VSÚ: JUDr. Darina Kriváňová ECLI: ECLI:SK:KSBA:2012:1010897836.2 DOPĹŇACÍ ROZSUDOK V MENE SLOVENSKEJ REPUBLIKY Krajský súd v Bratislave v senáte v zložení: predsedníčka senátu JUDr. Darina Kriváňová a členovia senátu: JUDr. Mária Hajdínová a JUDr. Ayše Pružinec Erenová, v právnej veci navrhovateľa: A. J. V., T. E. (skrátene: A. J. V., T.), IČO: XX XXX XXX, Š. C.. Č.. XX, V., zast. advokátom: JUDr. Kamil Beresecký, Farská ul. č. 33, Nitra, proti odporcom: 1/ T., D..T.., S.: XX XXX XXX, S. C.. Č.. X, P., 2/ F. X., V.. XX.XX.XXXX, P. J. Č.. XXX, zast. advokátkou: JUDr. Viera Šantová, Sládkovičova ul. č. 1, Nitra, o zaplatenie istiny 397.413,- Sk (13.191,69 eur) s príslušenstvom, o návrh odporcu 1/ na doplnenie rozsudku Krajského súdu v Bratislave zo dňa 15. augusta 2012, č.k. 2Co 118/2010-465, takto r o z h o d o l : Rozsudok Krajského súdu v Bratislave zo dňa 15.augusta 2012, č.k. 2Co 118/2010-465 sa d o p ĺ ň a týmto výrokom: Navrhovateľ je povinný z a p l a t i ť odporcovi 1/ náhradu trov dovolacieho konania vo výške 1.582,95 eur k rukám právneho zástupcu odporcu 1/, do troch dní od právoplatnosti tohto rozsudku. o d ô v o d n e n i e : Súd prvého stupňa rozsudkom zo dňa 28. septembra 2006, č.k. 14C 87/1998-356 uložil odporkyni 2/ povinnosť zaplatiť navrhovateľovi istinu 397.413,-Sk (13.191,69 eur) so 17,6% úrokom z omeškania ročne od 22.3.1999 do zaplatenia, návrh vo zvyšnej časti a proti odporcovi 1/ zamietol a navrhovateľovi uložil povinnosť zaplatiť odporcovi 1/ titulom náhrady trov konania sumu 49.612,-Sk (1.646,81 eur), k rukám právneho zástupcu odporcu 1/, v lehote troch dní odo dňa právoplatnosti rozsudku. Krajský súd v Bratislave uznesením zo dňa 29. apríla 2008, č.k. 2Co 579/2006-381 odvolací súd rozsudok súdu prvého stupňa v napadnutej časti, ktorou súd prvého stupňa zamietol návrh proti odporcovi 1/ a v časti náhrady trov konania zrušil a konanie zastavil. Najvyšší súd Slovenskej republiky uznesením zo dňa 24. marca 2010, sp. zn. 5Cdo 313/2008 na základe dovolania podaného odporcom 1/ uznesenie Krajského súdu v Bratislave zo dňa 29. apríla 2008, č.k. 2Co 579/2006-381 zrušil a vec mu vrátil na ďalšie konanie. Krajský súd v Bratislave rozsudkom zo dňa 15. augusta 2012, č.k. 2Co 118/2010-465, rozsudok súdu prvého stupňa zo dňa 28.09.2006, č.k. 14C 87/1998-356 v napadnutej časti potvrdil a odporcom 1/ a 2/ náhradu trov odvolacieho konania nepriznal. Odporca 1/ podaním zo dňa 28.08.2012, doručeným Krajskému súdu v Bratislave dňa 28.08.2012, navrhol vydanie doplňujúceho rozsudku podľa ust. § 166 O.s.p., nakoľko odvolací súd svojim rozhodnutím opomenul rozhodnúť o trovách dovolacieho konania, spočívajúcich v trovách právneho zastúpenia za jeden úkon právnej služby - dovolanie zo dňa 01.08.2008 vo výške 286,26 eur, spolu s režijným paušálom vo výške 5,41 eur, t. j. trovy právneho zastúpenia spolu vo výške 291,67 eur a v trovách konania pozostávajúcich zo zaplateného súdneho poplatku za dovolanie vo výške 1.582,95 eur. Odvolací súd prejednal vec podľa § 212 ods. 1 O.s.p. v spojení s ust. § 214 ods. 2 O.s.p., a § 156 ods. 3 O.s.p. bez nariadenia pojednávania a dospel k záveru, že návrhu odporcu 1/ na doplnenie rozsudku odvolacieho súdu je potrebné čiastočne vyhovieť. Podľa § 166 ods. 1 O.s.p., ak nerozhodol súd v rozsudku o niektorej časti predmetu konania, o trovách konania alebo o predbežnej vykonateľnosti, môže účastník do pätnástich dní od doručenia rozsudku navrhnúť jeho doplnenie. Súd môže rozsudok, ktorý nenadobudol právoplatnosť, doplniť aj bez návrhu. Podľa § 166 ods. 2 O.s.p., o návrhu na doplnenie rozsudku súd rozhodne do 30 dní od jeho podania. Doplnenie urobí súd dopĺňacím rozsudkom, pre ktorý platia obdobne ustanovenia o rozsudku. Ak súd nevyhovie návrhu účastníka na doplnenie rozsudku, uznesením návrh zamietne. Podľa § 166 ods. 3 O.s.p. návrh na doplnenie sa netýka právoplatnosti ani vykonateľnosti výrokov pôvodného rozsudku. Podľa § 151 ods. 1 O.s.p.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§ 151 ods. 2 O.s.p. ak účastník v lehote podľa odseku 1 trovy nevyčísli, súd mu prizná náhradu trov konania vyplývajúcich zo spisu ku dňu vyhlásenia rozhodnutia s výnimkou trov právneho zastúpenia; ak takému účastníkovi okrem trov právneho zastúpenia iné trovy zo spisu nevyplývajú, súd mu náhradu trov konania neprizná a v takom prípade súd nie je viazaný rozhodnutím o prisúdení náhrady trov konania tomuto účastníkovi v rozhodnutí, ktorým sa konanie končí. Vzhľadom na skutočnosť, že odvolací súd svojim rozsudkom nerozhodol o náhrade trov konania, ktoré odporcovi 1/ vznikli v dovolacom konaní, bolo potrebné v súlade s citovanými zákonnými ustanoveniami rozsudok doplniť. Odvolací súd považuje za dôležité poznamenať, že súd môže odporcovi 1/ priznať náhradu trov dovolacieho konania voči druhému účastníkovi len vtedy, ak účastník o náhradu trov konania požiada, pričom z obsahu spisu má odvolací súd za preukázané, že odporca 1/ si podaným dovolaním zo dňa 22.07.2008 uplatnil trovy dovolacieho konania. Občiansky súdny poriadok však presne stanovuje lehotu, v ktorej je účastník povinný trovy konania vyčísliť. Viaže sa na rozhodnutie, ktorým sa konanie končí. V zmysle ust. § 151 ods. 1 O.s.p. bol preto odporca 1/ povinný trovy dovolacieho konania vyčísliť najneskôr do troch dní od vyhlásenia rozhodnutia - rozsudku Krajského súdu v Bratislave zo dňa 15. augusta 2012, č.k. 2Co 118/2010-465 a nakoľko rozsudok odvolacieho súdu bol vyhlásený dňa 15.08.2012, odporca 1/ bol povinný vyčísliť trovy konania do troch pracovných dní odo dňa jeho vyhlásenia. Trojdňová procesná lehota na vyčíslenie trov právneho zastúpenia začala plynúť 16.08.2012 (deň nasledujúci po vyhlásení rozhodnutia) a tri pracovné dni uplynuli dňa 20.08.2012, do dňa ktorého bol odporca 1/ povinný podať na poštovú prepravu vyčíslené trovy právneho zastúpenia za dovolanie vo výške 291,67 eur. Odporca 1/ vyčíslil trovy právneho zastúpenia, ktoré mu vznikli v dovolacom konaní dňa 28.08.2012, t. j. po uplynutí procesnej trojdňovej lehoty a preto odvolací súd náhradu trov právneho zastúpenia dovolacieho konania vo výške 291,67 eur odporcovi 1/ nepriznal a priznal mu iba trovy, ktoré vyplývajú zo spisu (s výnimkou trov právneho zastúpenia). Vzhľadom na skutočnosť, že súdny poplatok za podané dovolanie vo výške 1.582,95 eur odporca 1/ zaplatil dňa 26.08.2008 a v dovolacom konaní mal plný úspech, odvolací súd odporcovi 1/ priznal trovy dovolacieho konania, predstavujúce zaplatený súdny poplatok za dovolanie vo výške 1.582,95 eur. Vzhľadom na uvedené odvolací súd rozsudok zo dňa 15. augusta 2012, č.k. 2Co 118/2010-465, doplnil spôsobom uvedeným vo výroku tohto rozhodnutia. Toto rozhodnutie bolo prijaté senátom Krajského súdu v Bratislave pomerom hlasov 3:0 (§ 3 ods. 9 zákona 757/2004 Z.z. o súdoch a o zmene a doplnení niektorých zákonov). Poučenie: Proti tomuto rozsudku odvolanie nie je prípustné.</w:t>
      </w:r>
    </w:p>
    <w:p/>
    <w:p>
      <w:r>
        <w:t>Zdroj: KAUZIS.SK – https://www.kauzis.sk/judikatura/r/ECLI:SK:KSBA:2012:1010897836.2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