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2Co/118/2010 z 27. 11. 2012</w:t>
      </w:r>
    </w:p>
    <w:p>
      <w:r>
        <w:t>Opravné uznesenie Krajského súdu Bratislava z 27. novembra 2012, sp. zn. 2Co/118/2010, ECLI:SK:KSBA:2012:1010897836.3</w:t>
      </w:r>
    </w:p>
    <w:p>
      <w:r>
        <w:t>Súd: Krajský súd Bratislava</w:t>
      </w:r>
    </w:p>
    <w:p>
      <w:r>
        <w:t>Spisová značka: 2Co/118/2010</w:t>
      </w:r>
    </w:p>
    <w:p>
      <w:r>
        <w:t>ECLI: ECLI:SK:KSBA:2012:1010897836.3</w:t>
      </w:r>
    </w:p>
    <w:p>
      <w:r>
        <w:t>Dátum vydania: 27. 11. 2012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2Co/118/2010 Identifikačné číslo súdneho spisu: 1010897836 Dátum vydania rozhodnutia: 28. 11. 2012 Meno a priezvisko sudcu, VSÚ: JUDr. Darina Kriváňová ECLI: ECLI:SK:KSBA:2012:1010897836.3 Opravné uznesenie Krajský súd v Bratislave v právnej veci navrhovateľa: A. J. V., T. E. (T.: A. J. V., T.), T. T.: Š. XX, XXX XX V., S.: XX XXX XXX, zastúpený advokátom JUDr. Kamilom Bereseckým, Advokátska kancelária so sídlom: Farská 33/ I. posch., 949 01 Nitra, proti odporcom: 1. T., D..T.., T. T.: S. X, XXX XX P., S.: XX XXX XXX, zastúpený advokátkou JUDr. Evou Nováčkovou, Brančská 7, 851 01 Bratislava, 2. F. X., V.. XX.XX.XXXX, B. P.: XXX XX J. XXX, zastúpená advokátkou JUDr. Vierou Šantovou, Sládkovičova 1, P.O. BOX 33/A, 949 01 Nitra, o zaplatenie 13.191,69 eur s príslušenstvom, vo veci vedenej na Okresnom súde Bratislava V, pod sp. zn. 14C 87/1998, takto r o z h o d o l : Odvolací súd opravuje záhlavie dopĺňacieho rozsudku Krajského súdu v Bratislave, č. k. 2Co 118/2010-471 zo dňa 24.10.2012 tak, že správne má znieť: Krajský súd v Bratislave v právnej veci navrhovateľa: A. J. V., T. E. (T.: A. J. V., T.), T. T.: Š. XX, XXX XX V., S.: XX XXX XXX, zastúpený advokátom JUDr. Kamilom Bereseckým, Advokátska kancelária so sídlom: Farská 33/ I. posch., 949 01 Nitra, proti odporcom: 1. T.Q., D..T.., T. T.: S. X, XXX XX P., S.: XX XXX XXX, zastúpený advokátkou JUDr. Evou Nováčkovou, Brančská 7, 851 01 Bratislava, 2. F. X., V.. XX.XX.XXXX, B. P.: XXX XX J. XXX, zastúpená advokátkou JUDr. Vierou Šantovou, Sládkovičova 1, P.O. BOX 33/A, 949 01 Nitra, o zaplatenie 13.191,69 eur s príslušenstvom, vo veci vedenej na Okresnom súde Bratislava V, pod sp. zn. 14C 87/1998, takto rozhodol: o d ô v o d n e n i e : Krajský súd v Bratislave ako súd odvolací svojím rozhodnutím zo dňa 24.10.2012, č. k. 2Co 118/2010-471 doplnil rozsudok Krajského súdu v Bratislave zo dňa 15.08.2012, č.k. 2Co 118/2010-465 v časti náhrady trov dovolacieho konania tak, že navrhovateľ je povinný zaplatiť odporcovi 1/ náhradu trov dovolacieho konania vo výške 1.582,95 eur k rukám právneho zástupcu odporcu 1/, do troch dní od právoplatnosti rozsudku. Podľa § 211 ods. 2 O.s.p. ak tento zákon neustanovuje inak, pre konanie na odvolacom súde platia primerane ustanovenia o konaní pred súdom prvého stupňa. Podľa § 216 O.s.p. ustanovenia § 92 ods. 1 a 4, § 97 a 98 pre odvolacie konanie neplatia.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V danej veci v záhlaví dopĺňacieho rozsudku došlo nedopatrením k zrejmej nesprávnosti spočívajúcej v tom, že v prípade odporcu 1/ absentovalo označenie jeho právnej zástupkyne, keď právna zástupkyňa odporcu 1/ je JUDr. Eva Nováčková, Brančská 7, Bratislava. Vzhľadom na uvedené a s poukazom na vyššie citované ustanovenia odvolací súd rozhodol tak, ako je uvedené vo výroku tohto uznesenia. Toto rozhodnutie bolo prijaté senátom Krajského súdu v Bratislave pomerom hlasov 3:0 (§ 3 ods. 9 zákona 757/2004 Z. z. o súdoch a o zmene a doplnení niektorých zákonov). Poučenie: Proti tomuto uzneseniu odvolanie nie je prípustné.</w:t>
      </w:r>
    </w:p>
    <w:p/>
    <w:p>
      <w:r>
        <w:t>Zdroj: KAUZIS.SK – https://www.kauzis.sk/judikatura/r/ECLI:SK:KSBA:2012:1010897836.3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