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15Co/238/2010 z 28. 5. 2012</w:t>
      </w:r>
    </w:p>
    <w:p>
      <w:r>
        <w:t>Uznesenie Krajského súdu Bratislava z 28. mája 2012, sp. zn. 15Co/238/2010, ECLI:SK:KSBA:2012:1010898244.2</w:t>
      </w:r>
    </w:p>
    <w:p>
      <w:r>
        <w:t>Súd: Krajský súd Bratislava</w:t>
      </w:r>
    </w:p>
    <w:p>
      <w:r>
        <w:t>Spisová značka: 15Co/238/2010</w:t>
      </w:r>
    </w:p>
    <w:p>
      <w:r>
        <w:t>ECLI: ECLI:SK:KSBA:2012:1010898244.2</w:t>
      </w:r>
    </w:p>
    <w:p>
      <w:r>
        <w:t>Dátum vydania: 28.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15Co/238/2010 Identifikačné číslo súdneho spisu: 1010898244 Dátum vydania rozhodnutia: 29. 05. 2012 Meno a priezvisko sudcu, VSÚ: JUDr. Ľuboš Sádovský ECLI: ECLI:SK:KSBA:2012:1010898244.2 Uznesenie Krajský súd v Bratislave v právnej veci navrhovateľa: I. C., K. P., Z., Y. V. XX, zastúpeného JUDr. Pavlom Erbenom, advokátom so sídlom Námestie SNP 22, Bratislava, proti odporcom v 1. rade: Slovenská C. O., E. R. XX, K., zastúpenom Q. - Slovenská O., Q..A.., V.É. P. X, K., v 2. rade: W. M., Q..A.., K. X, K., zastúpenom JUDr. Karolom Šiškom, advokátom advokátskej kancelárie Šiška &amp; Partners, s.r.o. so sídlom Palisády 33, Bratislava, o zaplatenie XXX,XX eur s príslušenstvom, o náhrade trov konania v odvolacom konaní o odvolaní navrhovateľa proti rozsudku Okresného súdu Bratislava III zo dňa 03. marca 2010 č.k. 10C 92/2006-304, jednohlasne takto Lukovičová r o z h o d o l : Odvolací súd odporcovi v 2. rade náhradu trov odvolacieho konania n e p r i z n á v a. o d ô v o d n e n i e : Rozsudkom č.k. XXCo/XXX/XXXX-XXX zo dňa XX. M.Á. XXXX odvolací súd potvrdil rozsudok súdu prvého stupňa, ktorým bol zamietnutý návrh navrhovateľa, ktorým sa domáhal zaplatenia XXX,XX eur spolu s úrokom z omeškania titulom náhrady škody spôsobenej na jeho motorovom vozidle, ktorá mu vznikla pri dopravnej nehode dňa XX.XX.XXXX, odporcovi v 1. rade náhradu trov konania nepriznal a vo vzťahu k odporcovi v 2. rade, ktorý mal v odvolacom konaní úspech v plnom rozsahu, konštatoval, že mu v odvolacom konaní vznikol nárok na náhradu trov odvolacieho konania podľa § 142 ods. 1 O.s.p. v spojení s § 224 ods. 1 O.s.p.. Odporca v 2. rade tento svoj nárok uplatnil návrhom podľa § 151 ods. 1 vety prvej O.s.p., avšak jeho výšku nevyčíslil ani do verejného vyhlásenia rozsudku dňa XX.XX.XXXX, a preto nebolo možné vo výroku rozsudku odvolacieho súdu o ním uplatnenom nároku na náhradu trov odvolacieho konania rozhodnúť. S poukazom na ust. § 214 ods. 5 O.s.p. rozhodol preto odvolací súd o náhrade trov odvolacieho konania vo vzťahu k odporcovi v 2. rade samostatným uznesením tak, že odporcovi v 2. rade nepriznal náhradu trov odvolacieho konania, nakoľko si v súlade s § 151 ods. 1 vety druhej O.s.p. nevyčíslil v lehote do troch pracovných dní od vyhlásenia rozsudku trovy odvolacieho konania, pričom zo spisu iné, ako trovy právneho zastúpenia, nevyplývajú. Poučenie: Proti tomuto rozsudku odvolanie nie je prípustné.</w:t>
      </w:r>
    </w:p>
    <w:p/>
    <w:p>
      <w:r>
        <w:t>Zdroj: KAUZIS.SK – https://www.kauzis.sk/judikatura/r/ECLI:SK:KSBA:2012:1010898244.2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