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2Co/77/2010 z 14. 2. 2012</w:t>
      </w:r>
    </w:p>
    <w:p>
      <w:r>
        <w:t>Uznesenie Krajského súdu Bratislava z 14. februára 2012, sp. zn. 2Co/77/2010, ECLI:SK:KSBA:2012:1010899158.2</w:t>
      </w:r>
    </w:p>
    <w:p>
      <w:r>
        <w:t>Súd: Krajský súd Bratislava</w:t>
      </w:r>
    </w:p>
    <w:p>
      <w:r>
        <w:t>Spisová značka: 2Co/77/2010</w:t>
      </w:r>
    </w:p>
    <w:p>
      <w:r>
        <w:t>ECLI: ECLI:SK:KSBA:2012:1010899158.2</w:t>
      </w:r>
    </w:p>
    <w:p>
      <w:r>
        <w:t>Dátum vydania: 14.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2Co/77/2010 Identifikačné číslo súdneho spisu: 1010899158 Dátum vydania rozhodnutia: 15. 02. 2012 Meno a priezvisko sudcu, VSÚ: JUDr. Darina Kriváňová ECLI: ECLI:SK:KSBA:2012:1010899158.2 Uznesenie Krajský súd v Bratislave v právnej veci navrhovateľa: P.. B.. P. Q.Š., nar. XX.XX.XXXX, bytom N. Bratislave, B. V.. Č.. X, zast. advokátom: JUDr. Peter Muríň, Žarnovická ul. č. 1, Bratislava proti odporcovi: N. B.. K.., IČO: XX XXX XXX, M. Q. Č.. X. Ž., zast. advokátom: JUDr. Rudolf Adamčík, Ružová dolina č. 6, Bratislava, o zaplatenie 19.916,35 eur (600.000,- Sk) s príslušenstvom, na odvolanie navrhovateľa a odporcu proti rozsudku Okresného súdu Bratislava II zo dňa 10. decembra 2009, č. k. 13C 20/1999-376, takto r o z h o d o l : Navrhovateľovi náhradu trov odvolacieho konania n e p r i z n á v a . o d ô v o d n e n i e : Krajský súd v Bratislave v danej právnej veci rozhodol rozsudkom zo dňa 1. februára 2012, č. k. 2Co 77/2010-415 tak, že rozsudok súdu prvého stupňa potvrdil s tým, že v súlade s ust. § 214 ods. 5 O.s.p. (účinného od 01.01.2012), o trovách odvolacieho konania rozhodne samostatným uznesením. Podľa § 214 ods. 5 O.s.p. ak nebolo v čase verejného vyhlásenia rozsudku možné rozhodnúť o náhrade trov konania, pretože neboli vyčíslené, odvolací súd rozhodne samostatným uznesením. Rovnako postupuje, ak si účastníci uplatnia náhradu trov konania v súvislosti s verejným vyhlásením rozsudku.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Odvolací súd rozhodol o veci rozsudkom bez nariadenia ústneho pojednávania (§ 156 ods. 3 O.s.p.) a nakoľko v odvolacom konaní úspešný navrhovateľ, zastúpený advokátom trovy konania v lehote troch pracovných dní od vyhlásenia rozsudku nevyčíslil, súd mu náhradu trov odvolacieho konania nepriznal.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https://www.kauzis.sk/judikatura/r/ECLI:SK:KSBA:2012:1010899158.2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