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7Cbs/2/2010 z 14. 2. 2012</w:t>
      </w:r>
    </w:p>
    <w:p>
      <w:r>
        <w:t>Uznesenie Krajského súdu Bratislava z 14. februára 2012, sp. zn. 7Cbs/2/2010, ECLI:SK:KSBA:2012:1010899624.1</w:t>
      </w:r>
    </w:p>
    <w:p>
      <w:r>
        <w:t>Súd: Krajský súd Bratislava</w:t>
      </w:r>
    </w:p>
    <w:p>
      <w:r>
        <w:t>Spisová značka: 7Cbs/2/2010</w:t>
      </w:r>
    </w:p>
    <w:p>
      <w:r>
        <w:t>ECLI: ECLI:SK:KSBA:2012:1010899624.1</w:t>
      </w:r>
    </w:p>
    <w:p>
      <w:r>
        <w:t>Dátum vydania: 14.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7Cbs/2/2010 Identifikačné číslo súdneho spisu: 1010899624 Dátum vydania rozhodnutia: 15. 02. 2012 Meno a priezvisko sudcu, VSÚ: JUDr. Jarmila Glončáková ECLI: ECLI:SK:KSBA:2012:1010899624.1 Uznesenie Krajský súd v Bratislave rozhodol v právnej veci žalobcu: G. S. Y., nar. XX.XX.XXXX, bytom Y. X. XXXX/ XX, C., proti žalovanému v 1. rade M. Q., nar. XX.XX.XXXX, bytom H. XX, H., žalovanému v 2. rade H. U., nar. XX.XX.XXXX, bytom R. XXX/XX, H. a žalovanému v 3. rade V.. N. D., nar. XX.XX.XXXX, bytom M. XX, H., o obnovu konania r o z h o d o l : Krajský súd v Bratislave konanie o návrhu na obnovu konania žalovaného v 3. rade, do právoplatnosti rozhodnutia vo veci vedenej na Krajskom súde v Trnave pod sp. zn. 22Cbs 6/2005, prerušuje. o d ô v o d n e n i e : Žalovaný v 3. rade podaním zo dňa 04.06.2010 navrhol obnovu konania vo veci vedenej na Krajskom súde v Bratislave pod sp. zn. 9Cbs 164/2004. Krajský súd v Bratislave rozsudkom zo dňa 22.01.2008 č. k. 9bs 164/2004-262 určil, že žalobca je výlučným spoločníkom a konateľom spoločnosti HERMES TRADE s.r.o., Vranov nad Topľou a zmluvy o prevode obchodného podielu a o zriadení záložného práva na časť obchodného podielu na spoločnosti HERES TRADE s.r.o. uzatvoreného dňa 03.09.2004 medzi žalovaným v 1. rade a žalovaným v 2. resp. 3. rade sú neplatné. Najvyšší súd SR rozsudkom zo dňa 24.06.2009 č. k. 1Obo 49/2008 potvrdil rozsudok Krajského súdu v Bratislave zo dňa 22.01.2008. Podľa žalovaného v 3. rade Krajský súd v Bratislave svoje rozhodnutie založil na rozsudku Krajského súdu v Trnave č. k. 22Cbs 6/2005-170 a rozsudku Najvyššieho súdu SR zo dňa 18.10.2007 č. k. 6Obo 88/2006-230 vo veci žalobcu M.. Q. proti žalovanému G. S. Y., o určenie platnosti odstúpenia od zmluvy o prevode obchodného podielu. Na podnet žalobcu M. Q. v konaní pred Krajským súdom v Trnave podal generálny prokurátor mimoriadne dovolanie. Najvyšší súd SR uznesením zo dňa 28.01.2010 č 1M Obdo V 14/2008 zrušil rozsudok Krajského súdu v Trnave aj rozhodnutie Najvyššieho súdu SR zo dňa 18.10.2007 č. k. 6Obo 88/2006-230 a vec vrátil súdu prvého stupňa na ďalšie konanie. Podmienkou pre povolenie obnovy konania v zmysle ust. § 228 ods. 1 písm. b/ OSP je uznesenie Najvyššieho súdu SR zo dňa 28.01.2010 č. k. 1 M Obdo V 14/2008, ktoré žalovaní v 1. až v 3. rade bez svojej viny v pôvodnom konaní nemohli použiť, pričom ide o dôkaz, na základe ktorého bolo v pôvodnom konaní rozhodnuté v ich neprospech. Podľa žalovaného v 3. rade je možné predpokladať, že nové a relevantné dokazovanie, ktoré bude musieť Krajský súd v Bratislave urobiť v obnovenom konaní o tejto veci, privodí žalovaným v 1. až v 3. rade priaznivejšie rozhodnutie vo veci, t.j. zamietnutie žaloby. Vzhľadom k tomu, že prebieha konanie na Krajskom súde v Trnave pod sp. zn. 22Cbs 6/2005, v ktorom sa rieši otázka, určenie platnosti odstúpenia od zmluvy o prevode obchodného podielu, ktorá má význam pre rozhodnutie súdu vo veci návrhu na obnovu konania, súd v zmysle ust. § 109 ods. 2 písm. c/ OSP konanie prerušil. Rozhodnutie bolo prijaté pomerom 3:0. Poučenie: Proti tomuto uzneseniu je možné podať odvolanie do 15 dní odo dňa doručenia uznesenia na Krajskom súde v Bratislave. V odvolaní sa má popri všeobecných náležitostiach /§ 42 ods. 3 OSP/ uviesť, v čom sa toto rozhodnutie, alebo postup súdu považuje za nesprávny a čoho sa odvolateľ domáha. Odvolanie je potrebné odôvodniť podľa ust. §205 ods. 2 OSP.</w:t>
      </w:r>
    </w:p>
    <w:p/>
    <w:p>
      <w:r>
        <w:t>Zdroj: KAUZIS.SK – https://www.kauzis.sk/judikatura/r/ECLI:SK:KSBA:2012:1010899624.1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