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3Sp/1/2011 z 9. 7. 2012</w:t>
      </w:r>
    </w:p>
    <w:p>
      <w:r>
        <w:t>Uznesenie Krajského súdu Bratislava z 9. júla 2012, sp. zn. 3Sp/1/2011, ECLI:SK:KSBA:2012:1011200025.4</w:t>
      </w:r>
    </w:p>
    <w:p>
      <w:r>
        <w:t>Súd: Krajský súd Bratislava</w:t>
      </w:r>
    </w:p>
    <w:p>
      <w:r>
        <w:t>Spisová značka: 3Sp/1/2011</w:t>
      </w:r>
    </w:p>
    <w:p>
      <w:r>
        <w:t>ECLI: ECLI:SK:KSBA:2012:1011200025.4</w:t>
      </w:r>
    </w:p>
    <w:p>
      <w:r>
        <w:t>Dátum vydania: 9.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3Sp/1/2011 Identifikačné číslo súdneho spisu: 1011200025 Dátum vydania rozhodnutia: 10. 07. 2012 Meno a priezvisko sudcu, VSÚ: JUDr. Anna Peťovská PhD. ECLI: ECLI:SK:KSBA:2012:1011200025.4 Uznesenie Krajský súd v Bratislave v právnej veci navrhovateľov: X/ W.. E. Y., G.., V. XX, J., zastúpený advokátom C.. E. T. D. D. AK J. X, J., proti odporkyni: D. T. pre Y. C. D. J., O. K. XX, J., za účasti: X/ E. Y., V. XX, J., X/ W.. C. Y., O. XXXX/XX, J., X/ S. Y., O. XXXX/XX, J., o preskúmanie zákonnosti rozhodnutia odporkyne zo dňa XX.X.XXXX, Č.. E.-XXXXX/XX, takto r o z h o d o l : Súd konanie z a s t a v u j e. Žiaden z účastníkov n e m á právo na náhradu trov konania. o d ô v o d n e n i e : Podaným opravným prostriedkom sa navrhovateľ domáhal preskúmania zákonnosti rozhodnutia odporkyne zo dňa XX.X.XXXX Č.. E.-XXXXX/XX, ktorým týmto rozhodnutím odporkyňa návrh na vklad vlastníckeho práva doručeného dňa XX.X.XXXX vo vzťahu k nehnuteľnostiam zapísaným na B. Č.. XXXX pre T.. Ú.. G. podľa darovacej zmluvy zo dňa XX.X.XXXX podľa § 31 ods. 3 katastrálneho zákona v znení platnom v čase rozhodovania zamietla. Podaním doručeným súdu dňa XX.X.XXXX navrhovateľ zobral svoj opravný prostriedok v celom rozsahu späť a žiadal konanie zastaviť. Vzhľadom na účinné späťvzatie návrhu navrhovateľom súd konanie vo veci podľa § 250d ods. 3 O.s.p. v spojitosti s ust. § 246c O.s.p. zastavil. O náhrade trov konania bolo rozhodnuté podľa § 246c O.s.p. v spojitosti s § 146c ods. 1 O.s.p. tak, že žiadnemu z účastníkov konania náhradu trov konania nepriznal, keď konanie vo veci bolo zastavené. Poučenie: Proti tomuto uzneseniu j e možno podať odvolanie do 15 dní odo dňa jeho doručenia prostredníctvom podpísaného súdu na Najvyšší súd Slovenskej republiky písomne, v dvoch vyhotoveniach. V odvolaní je potrebné popri všeobecných náležitostiach uviesť, kto odvolanie podáva, ktorého rozhodnutia súdu a v akom rozsahu sa dotýka, dôvody odvolania a ako odvolateľ navrhuje, aby bolo rozhodnuté.</w:t>
      </w:r>
    </w:p>
    <w:p/>
    <w:p>
      <w:r>
        <w:t>Zdroj: KAUZIS.SK – https://www.kauzis.sk/judikatura/r/ECLI:SK:KSBA:2012:1011200025.4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