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2S/6/2011 z 6. 11. 2012</w:t>
      </w:r>
    </w:p>
    <w:p>
      <w:r>
        <w:t>Uznesenie Krajského súdu Bratislava z 6. novembra 2012, sp. zn. 2S/6/2011, ECLI:SK:KSBA:2012:1011200041.1</w:t>
      </w:r>
    </w:p>
    <w:p>
      <w:r>
        <w:t>Súd: Krajský súd Bratislava</w:t>
      </w:r>
    </w:p>
    <w:p>
      <w:r>
        <w:t>Spisová značka: 2S/6/2011</w:t>
      </w:r>
    </w:p>
    <w:p>
      <w:r>
        <w:t>ECLI: ECLI:SK:KSBA:2012:1011200041.1</w:t>
      </w:r>
    </w:p>
    <w:p>
      <w:r>
        <w:t>Dátum vydania: 6. 11. 2012</w:t>
      </w:r>
    </w:p>
    <w:p>
      <w:r>
        <w:t>Forma: Uznesenie</w:t>
      </w:r>
    </w:p>
    <w:p>
      <w:r>
        <w:t>Oblasť práva: Správne právo</w:t>
      </w:r>
    </w:p>
    <w:p>
      <w:pPr>
        <w:pStyle w:val="Heading2"/>
      </w:pPr>
      <w:r>
        <w:t>Text rozhodnutia</w:t>
      </w:r>
    </w:p>
    <w:p>
      <w:r>
        <w:t>Súd: Krajský súd Bratislava Spisová značka: 2S/6/2011 Identifikačné číslo súdneho spisu: 1011200041 Dátum vydania rozhodnutia: 07. 11. 2012 Meno a priezvisko sudcu, VSÚ: Mgr. Viliam Pohančeník ECLI: ECLI:SK:KSBA:2012:1011200041.1 Uznesenie Krajský súd v Bratislave v právnej veci žalobcu: Drevo SV, s.r.o., IČO: 36 469 441, Strojárska Centrum 2524, Snina, zastúpený: Advokátska kancelária Máčaj a Novák, s.r.o., IČO: 35 940 875, Karpatská 18, Bratislava, proti žalovanému: Ministerstvo dopravy, výstavby a regionálneho rozvoja Slovenskej republiky, Nám. Slobody 6, Bratislava, o preskúmanie zákonnosti rozhodnutia žalovaného č. 16168/2010/SCDPK-35448 zo dňa 02.09.2010, jednohlasne, takto r o z h o d o l : Krajský súd v Bratislave konanie z a s t a v u j e . Účastníkom sa právo na náhradu trov konania nepriznáva. o d ô v o d n e n i e : Žalobou doručenou Najvyššiemu súdu SR dňa 09.11.2010, neskôr postúpenou tunajšiemu súdu, sa žalobca domáhal preskúmania zákonnosti rozhodnutia žalovaného č. 16168/2010/SCDPK-35448 zo dňa 02.09.2010, ktorým bolo zamietnuté odvolanie žalobcu a bolo potvrdené prvostupňové rozhodnutie Krajského úradu pre cestnú dopravu a pozemné komunikácie v Košiciach č. 2010/00952-09 zo dňa 07.07.2010, ktorým bol žalobcovi dodatočne zvýšený správny poplatok za vykonanú prepravu bez povolenia podľa § 8 ods. 5 zákona č. 135/1995 Z.z., v spojení s bodom 2 splnomocnenia položky 80 zákona č. 145/1995 Z.z. v sume 796,50 Eur. Žalobca bol vyzvaný výzvou doručenou jeho právnemu zástupcovi dňa 17.10.2012, aby v lehote do 10 dní od doručenia výzvy zaplatil súdny poplatok za žalobu vo výške 66,- Eur s tým, že bol poučený o následkoch nezaplatenia súdneho poplatku. Podľa § 5 ods. 1 písm. a/ zákona č. 71/1992 Zb. o súdnych poplatkoch, poplatková povinnosť vzniká podaním návrhu, odvolania a dovolania alebo žiadosti na vykonanie poplatkového úkonu, ak je poplatníkom navrhovateľ, odvolateľ a dovolateľ. Podľa § 8 ods. 1 zákona o súdnych poplatkoch v platnom znení ku dňu podania žaloby, poplatok za podanie návrhu alebo žiadosti, poplatok za uplatnenie námietky zaujatosti v konkurznom konaní alebo reštrukturalizačnom konaní podľa osobitného predpisu a poplatok za konanie, je splatný vznikom poplatkovej povinnosti. Podľa § 10 ods. 1 zákona o súdnych poplatkoch, ak nebol zaplatený poplatok splatný podaním návrhu na začatie konania, odvolania alebo dovolania, súd vyzve poplatníka, aby poplatok zaplatil v lehote desiatich dní od doručenia výzvy; ak aj napriek výzve poplatok nebol zaplatený v lehote, súd konanie zastaví. O následkoch nezaplatenia poplatku musí byť poplatník poučený. Podľa § 10 ods. 3 zákona o súdnych poplatkoch, súd zruší uznesenie o zastavení konania pre nezaplatenie súdneho poplatku, ak poplatník zaplatí súdny poplatok do konca lehoty na podanie odvolania. Keďže žalobca súdny poplatok za žalobu na základe výzvy súdu nezaplatil a nie sú u neho splnené podmienky pre oslobodenie od tejto povinnosti, súd podľa § 10 ods. 1 zákona č. 71/1992 Zb. konanie pre nezaplatenie súdneho poplatku zastavil. O náhrade trov konania súd rozhodol podľa § 146 ods. 1 písm. c) v spojení s § 246c O.s.p. tak, že žiadnemu z účastníkov nepriznal právo na náhradu trov konania. Poučenie: Proti tomuto uzneseniu možno podať odvolanie do 15 dní odo dňa jeho doručenia na Krajský súd v Bratislave. V odvolaní sa má popri všeobecných náležitostiach (§42 ods. 3 O.s.p.) uviesť, proti ktorému rozhodnutiu smeruje, v akom rozsahu sa napáda, v čom sa toto rozhodnutie alebo postup súdu považuje za nesprávny a čoho sa odvolateľ domáha.</w:t>
      </w:r>
    </w:p>
    <w:p/>
    <w:p>
      <w:r>
        <w:t>Zdroj: KAUZIS.SK – https://www.kauzis.sk/judikatura/r/ECLI:SK:KSBA:2012:1011200041.1 (dáta aktuálne k 30. 10.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