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8Sd/6/2011 z 15. 3. 2012</w:t>
      </w:r>
    </w:p>
    <w:p>
      <w:r>
        <w:t>Rozsudok Krajského súdu Bratislava z 15. marca 2012, sp. zn. 8Sd/6/2011, ECLI:SK:KSBA:2012:1011200064.2</w:t>
      </w:r>
    </w:p>
    <w:p>
      <w:r>
        <w:t>Súd: Krajský súd Bratislava</w:t>
      </w:r>
    </w:p>
    <w:p>
      <w:r>
        <w:t>Spisová značka: 8Sd/6/2011</w:t>
      </w:r>
    </w:p>
    <w:p>
      <w:r>
        <w:t>ECLI: ECLI:SK:KSBA:2012:1011200064.2</w:t>
      </w:r>
    </w:p>
    <w:p>
      <w:r>
        <w:t>Dátum vydania: 15. 3. 2012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8Sd/6/2011 Identifikačné číslo súdneho spisu: 1011200064 Dátum vydania rozhodnutia: 16. 03. 2012 Meno a priezvisko sudcu, VSÚ: JUDr. Peter Pospech ECLI: ECLI:SK:KSBA:2012:1011200064.2 ROZSUDOK V MENE SLOVENSKEJ REPUBLIKY Krajský súd v Bratislave v právnej veci navrhovateľky: Y. Š., r.č. XXXXXX/XXXX, bytom F. XX, F.,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Navrhovateľka svojim návrhom zo dňa 07.10.2010 žiadala preskúmať rozhodnutie odporkyne číslo: XXX XXX XXXX zo dňa 30.08.2010, ktorým odporkyňa zamietla žiadosť o invalidný dôchodok. Písomným prehlásením došlým súdu dňa 27.02.2010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https://www.kauzis.sk/judikatura/r/ECLI:SK:KSBA:2012:1011200064.2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