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5Sd/7/2011 z 17. 1. 2012</w:t>
      </w:r>
    </w:p>
    <w:p>
      <w:r>
        <w:t>Uznesenie Krajského súdu Bratislava z 17. januára 2012, sp. zn. 5Sd/7/2011, ECLI:SK:KSBA:2012:1011200090.2</w:t>
      </w:r>
    </w:p>
    <w:p>
      <w:r>
        <w:t>Súd: Krajský súd Bratislava</w:t>
      </w:r>
    </w:p>
    <w:p>
      <w:r>
        <w:t>Spisová značka: 5Sd/7/2011</w:t>
      </w:r>
    </w:p>
    <w:p>
      <w:r>
        <w:t>ECLI: ECLI:SK:KSBA:2012:1011200090.2</w:t>
      </w:r>
    </w:p>
    <w:p>
      <w:r>
        <w:t>Dátum vydania: 17. 1.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5Sd/7/2011 Identifikačné číslo súdneho spisu: 1011200090 Dátum vydania rozhodnutia: 18. 01. 2012 Meno a priezvisko sudcu, VSÚ: JUDr. Renáta Janáková ECLI: ECLI:SK:KSBA:2012:1011200090.2 Uznesenie Krajský súd v Bratislave v právnej veci navrhovateľky: S. X., bytom G., Q. Č.. XX proti odporkyni: Sociálna poisťovňa - ústredie, Ul. 29. augusta č. 8, Bratislava, Q. invalidn O., Y. r o z h o d o l : Súd konanie z a s t a v u j e. Žiaden z účastníkov n e m á právo na náhradu trov konania. o d ô v o d n e n i e : Navrhovateľka svojim návrhom zo dňa XX.XX.XXXX žiadala preskúmať rozhodnutie odporkyne č. XXXXXXX XXX zo dňa XX.X.XXXX z dôvodu, že nesúhlasí s posúdením jej zdravotného stavu, na základe ktorého bola jeho žiadosť o invalidný dôchodok zamietnutá. Počas súdneho konania na pojednávaní dňa XX.X.XXXX navrhovateľka oznámila súdu, že netrvá na svojom podanom opravnom prostriedku, pretože jej zdravotný stav sa zhoršil tým, že k jej pôvodným ochoreniam sa pridružilo nové ochorenie - rakovina prsníka a z tohto dôvodu po skončení tohto konania sa obráti na odporkyňu s novou žiadosťou o priznanie invalidného dôchodku, a preto berie svoj opravný prostriedok späť v celom rozsahu a konanie žiada zastaviť. Odporkyňa nemala námietok proti zastaveniu konania z dôvodu späťvzatia návrhu. Súd podľa § 250d ods. 3 v spojení s § 250h ods. 2 a §250l ods. 2 O.s.p. konanie zastavil. O trovách konania súd rozhodol podľa § 250l ods. 2, § 246c a § 146 ods. 1 písm. c) O.s.p. Poučenie: Proti tomuto uzneseniu j e možné podať odvolanie do 15 dní odo dňa jeho doručenia na Krajskom súde v Bratislave, písomne, dvojmo.</w:t>
      </w:r>
    </w:p>
    <w:p/>
    <w:p>
      <w:r>
        <w:t>Zdroj: KAUZIS.SK – https://www.kauzis.sk/judikatura/r/ECLI:SK:KSBA:2012:1011200090.2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