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8Scud/3/2011 z 28. 3. 2012</w:t>
      </w:r>
    </w:p>
    <w:p>
      <w:r>
        <w:t>Uznesenie Krajského súdu Bratislava z 28. marca 2012, sp. zn. 8Scud/3/2011, ECLI:SK:KSBA:2012:1011200107.2</w:t>
      </w:r>
    </w:p>
    <w:p>
      <w:r>
        <w:t>Súd: Krajský súd Bratislava</w:t>
      </w:r>
    </w:p>
    <w:p>
      <w:r>
        <w:t>Spisová značka: 8Scud/3/2011</w:t>
      </w:r>
    </w:p>
    <w:p>
      <w:r>
        <w:t>ECLI: ECLI:SK:KSBA:2012:1011200107.2</w:t>
      </w:r>
    </w:p>
    <w:p>
      <w:r>
        <w:t>Dátum vydania: 28.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8Scud/3/2011 Identifikačné číslo súdneho spisu: 1011200107 Dátum vydania rozhodnutia: 29. 03. 2012 Meno a priezvisko sudcu, VSÚ: JUDr. Peter Pospech ECLI: ECLI:SK:KSBA:2012:1011200107.2 Uznesenie Krajský súd v Bratislave v právnej veci navrhovateľa: S. X., nar. XX.XX.XXXX, bytom Q. XXXX/XX, Č. P., F. X, Č. H., proti odporkyni: Sociálna poisťovňa - ústredie, so sídlom: Ul. 29. augusta 8, Bratislava, o invalidný dôchodok, takto r o z h o d o l : Súd konanie z a s t a v u j e . Žiaden z účastníkov n e m á právo na náhradu trov konania o d ô v o d n e n i e : Navrhovateľ svojim návrhom zo dňa 12.01.2012 žiadal preskúmať rozhodnutie odporkyne číslo: XXX XXX XXXX zo dňa 20.12.2010, ktorým odporkyňa zvýšila navrhovateľovi invalidný dôchodok od 01.01.2011 na 242, 80 €. Písomným prehlásením došlým súdu dňa 28.03.2012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https://www.kauzis.sk/judikatura/r/ECLI:SK:KSBA:2012:1011200107.2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